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7"/>
  <w:body>
    <w:p w14:paraId="6F2E7B99" w14:textId="28DD8D10" w:rsidR="0084741D" w:rsidRPr="00D479D4" w:rsidRDefault="0084741D" w:rsidP="00F3582B">
      <w:pPr>
        <w:pStyle w:val="BodyTextIndent"/>
        <w:spacing w:after="0"/>
        <w:ind w:left="5103" w:firstLine="142"/>
      </w:pPr>
      <w:r>
        <w:rPr>
          <w:lang w:bidi="lt-LT"/>
        </w:rPr>
        <w:t xml:space="preserve">                 </w:t>
      </w:r>
      <w:r w:rsidRPr="0084741D">
        <w:rPr>
          <w:color w:val="002060"/>
          <w:lang w:bidi="lt-LT"/>
        </w:rPr>
        <w:t xml:space="preserve">   Patvirtinta forma</w:t>
      </w:r>
    </w:p>
    <w:p w14:paraId="4ED7A3B2" w14:textId="355C3E8E" w:rsidR="009B6B36" w:rsidRPr="009B6B36" w:rsidRDefault="00F3582B" w:rsidP="00F3582B">
      <w:pPr>
        <w:spacing w:after="0" w:line="240" w:lineRule="auto"/>
        <w:ind w:left="-426" w:firstLine="142"/>
        <w:jc w:val="center"/>
        <w:rPr>
          <w:rFonts w:ascii="Times New Roman" w:hAnsi="Times New Roman" w:cs="Times New Roman"/>
          <w:color w:val="002060"/>
          <w:sz w:val="24"/>
          <w:szCs w:val="24"/>
          <w:lang w:val="lt-LT"/>
        </w:rPr>
      </w:pPr>
      <w:r>
        <w:rPr>
          <w:rFonts w:ascii="Times New Roman" w:hAnsi="Times New Roman" w:cs="Times New Roman"/>
          <w:color w:val="002060"/>
          <w:sz w:val="24"/>
          <w:szCs w:val="24"/>
          <w:lang w:val="lt-LT"/>
        </w:rPr>
        <w:t xml:space="preserve">                                                                                                           </w:t>
      </w:r>
      <w:r w:rsidR="009B6B36" w:rsidRPr="009B6B36">
        <w:rPr>
          <w:rFonts w:ascii="Times New Roman" w:hAnsi="Times New Roman" w:cs="Times New Roman"/>
          <w:color w:val="002060"/>
          <w:sz w:val="24"/>
          <w:szCs w:val="24"/>
          <w:lang w:val="lt-LT"/>
        </w:rPr>
        <w:t>Lietuvos mokslo tarybos pirmininko</w:t>
      </w:r>
    </w:p>
    <w:p w14:paraId="4719856D" w14:textId="45C7E89F" w:rsidR="008D2F33" w:rsidRPr="009B6B36" w:rsidRDefault="009B6B36" w:rsidP="00F3582B">
      <w:pPr>
        <w:spacing w:after="0" w:line="240" w:lineRule="auto"/>
        <w:ind w:left="-426" w:firstLine="142"/>
        <w:jc w:val="center"/>
        <w:rPr>
          <w:rFonts w:ascii="Times New Roman" w:hAnsi="Times New Roman" w:cs="Times New Roman"/>
          <w:color w:val="002060"/>
          <w:sz w:val="24"/>
          <w:szCs w:val="24"/>
          <w:lang w:val="lt-LT"/>
        </w:rPr>
      </w:pPr>
      <w:r>
        <w:rPr>
          <w:rFonts w:ascii="Times New Roman" w:hAnsi="Times New Roman" w:cs="Times New Roman"/>
          <w:color w:val="002060"/>
          <w:sz w:val="24"/>
          <w:szCs w:val="24"/>
          <w:lang w:val="lt-LT"/>
        </w:rPr>
        <w:t xml:space="preserve">                                                                                                               </w:t>
      </w:r>
      <w:r w:rsidRPr="009B6B36">
        <w:rPr>
          <w:rFonts w:ascii="Times New Roman" w:hAnsi="Times New Roman" w:cs="Times New Roman"/>
          <w:color w:val="002060"/>
          <w:sz w:val="24"/>
          <w:szCs w:val="24"/>
          <w:lang w:val="lt-LT"/>
        </w:rPr>
        <w:t xml:space="preserve">2026 m. kovo </w:t>
      </w:r>
      <w:r w:rsidR="00F3582B">
        <w:rPr>
          <w:rFonts w:ascii="Times New Roman" w:hAnsi="Times New Roman" w:cs="Times New Roman"/>
          <w:color w:val="002060"/>
          <w:sz w:val="24"/>
          <w:szCs w:val="24"/>
          <w:lang w:val="lt-LT"/>
        </w:rPr>
        <w:t>25</w:t>
      </w:r>
      <w:r w:rsidRPr="009B6B36">
        <w:rPr>
          <w:rFonts w:ascii="Times New Roman" w:hAnsi="Times New Roman" w:cs="Times New Roman"/>
          <w:color w:val="002060"/>
          <w:sz w:val="24"/>
          <w:szCs w:val="24"/>
          <w:lang w:val="lt-LT"/>
        </w:rPr>
        <w:t xml:space="preserve"> d. įsakymu Nr. V-</w:t>
      </w:r>
      <w:r w:rsidR="00F3582B">
        <w:rPr>
          <w:rFonts w:ascii="Times New Roman" w:hAnsi="Times New Roman" w:cs="Times New Roman"/>
          <w:color w:val="002060"/>
          <w:sz w:val="24"/>
          <w:szCs w:val="24"/>
          <w:lang w:val="lt-LT"/>
        </w:rPr>
        <w:t>167</w:t>
      </w:r>
    </w:p>
    <w:p w14:paraId="6710D2A7" w14:textId="77777777" w:rsidR="009B6B36" w:rsidRPr="001744D0" w:rsidRDefault="009B6B36" w:rsidP="003E5E14">
      <w:pPr>
        <w:spacing w:after="0" w:line="240" w:lineRule="auto"/>
        <w:ind w:left="-426"/>
        <w:rPr>
          <w:rFonts w:ascii="Times New Roman" w:hAnsi="Times New Roman" w:cs="Times New Roman"/>
          <w:b/>
          <w:bCs/>
          <w:color w:val="002060"/>
          <w:sz w:val="32"/>
          <w:szCs w:val="32"/>
          <w:lang w:val="lt-LT"/>
        </w:rPr>
      </w:pPr>
    </w:p>
    <w:p w14:paraId="7A6B2610" w14:textId="3E58A20B" w:rsidR="00DE115C" w:rsidRPr="0084741D" w:rsidRDefault="0036017F" w:rsidP="00DE115C">
      <w:pPr>
        <w:spacing w:after="120" w:line="259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lt-LT"/>
        </w:rPr>
      </w:pPr>
      <w:r w:rsidRPr="0084741D">
        <w:rPr>
          <w:rFonts w:ascii="Times New Roman" w:hAnsi="Times New Roman" w:cs="Times New Roman"/>
          <w:color w:val="002060"/>
          <w:sz w:val="24"/>
          <w:szCs w:val="24"/>
          <w:lang w:val="lt-LT"/>
        </w:rPr>
        <w:t>(</w:t>
      </w:r>
      <w:r w:rsidR="00DE115C" w:rsidRPr="0084741D">
        <w:rPr>
          <w:rFonts w:ascii="Times New Roman" w:hAnsi="Times New Roman" w:cs="Times New Roman"/>
          <w:color w:val="002060"/>
          <w:sz w:val="24"/>
          <w:szCs w:val="24"/>
          <w:lang w:val="lt-LT"/>
        </w:rPr>
        <w:t>Pagrindinio projekto vykdytojo rekomenduojama gyvenimo aprašymo (CV) forma</w:t>
      </w:r>
      <w:r w:rsidRPr="0084741D">
        <w:rPr>
          <w:rFonts w:ascii="Times New Roman" w:hAnsi="Times New Roman" w:cs="Times New Roman"/>
          <w:color w:val="002060"/>
          <w:sz w:val="24"/>
          <w:szCs w:val="24"/>
          <w:lang w:val="lt-LT"/>
        </w:rPr>
        <w:t>)</w:t>
      </w:r>
    </w:p>
    <w:p w14:paraId="47BB28BB" w14:textId="159FB948" w:rsidR="009F69FA" w:rsidRPr="001744D0" w:rsidRDefault="009F69FA" w:rsidP="0023165F">
      <w:pPr>
        <w:spacing w:after="120" w:line="259" w:lineRule="auto"/>
        <w:jc w:val="center"/>
        <w:rPr>
          <w:rFonts w:ascii="Times New Roman" w:hAnsi="Times New Roman" w:cs="Times New Roman"/>
          <w:b/>
          <w:bCs/>
          <w:color w:val="002060"/>
          <w:sz w:val="30"/>
          <w:szCs w:val="30"/>
          <w:lang w:val="lt-LT"/>
        </w:rPr>
      </w:pPr>
      <w:r w:rsidRPr="001744D0">
        <w:rPr>
          <w:rFonts w:ascii="Times New Roman" w:hAnsi="Times New Roman" w:cs="Times New Roman"/>
          <w:b/>
          <w:bCs/>
          <w:color w:val="002060"/>
          <w:sz w:val="30"/>
          <w:szCs w:val="30"/>
          <w:lang w:val="lt-LT"/>
        </w:rPr>
        <w:t xml:space="preserve">GYVENIMO APRAŠYMAS </w:t>
      </w:r>
    </w:p>
    <w:p w14:paraId="7E27D429" w14:textId="7DC2FDF5" w:rsidR="00B16ED3" w:rsidRPr="00296F5E" w:rsidRDefault="00BD732A" w:rsidP="0023165F">
      <w:pPr>
        <w:spacing w:after="120" w:line="259" w:lineRule="auto"/>
        <w:jc w:val="center"/>
        <w:rPr>
          <w:rFonts w:ascii="Times New Roman" w:eastAsia="Calibri" w:hAnsi="Times New Roman" w:cs="Times New Roman"/>
          <w:i/>
          <w:iCs/>
          <w:color w:val="646464"/>
          <w:kern w:val="2"/>
          <w:sz w:val="19"/>
          <w:szCs w:val="19"/>
          <w:lang w:val="lt-LT"/>
          <w14:ligatures w14:val="standardContextual"/>
        </w:rPr>
      </w:pPr>
      <w:r w:rsidRPr="00296F5E">
        <w:rPr>
          <w:rFonts w:ascii="Times New Roman" w:eastAsia="Calibri" w:hAnsi="Times New Roman" w:cs="Times New Roman"/>
          <w:i/>
          <w:iCs/>
          <w:color w:val="646464"/>
          <w:kern w:val="2"/>
          <w:sz w:val="19"/>
          <w:szCs w:val="19"/>
          <w:lang w:val="lt-LT"/>
          <w14:ligatures w14:val="standardContextual"/>
        </w:rPr>
        <w:t>(</w:t>
      </w:r>
      <w:r w:rsidR="00EA3B2A" w:rsidRPr="00296F5E">
        <w:rPr>
          <w:rFonts w:ascii="Times New Roman" w:eastAsia="Calibri" w:hAnsi="Times New Roman" w:cs="Times New Roman"/>
          <w:i/>
          <w:iCs/>
          <w:color w:val="646464"/>
          <w:kern w:val="2"/>
          <w:sz w:val="19"/>
          <w:szCs w:val="19"/>
          <w:lang w:val="lt-LT"/>
          <w14:ligatures w14:val="standardContextual"/>
        </w:rPr>
        <w:t>Apimtis – ne daugiau kaip 3 puslapiai</w:t>
      </w:r>
      <w:r w:rsidRPr="00296F5E">
        <w:rPr>
          <w:rFonts w:ascii="Times New Roman" w:eastAsia="Calibri" w:hAnsi="Times New Roman" w:cs="Times New Roman"/>
          <w:i/>
          <w:iCs/>
          <w:color w:val="646464"/>
          <w:kern w:val="2"/>
          <w:sz w:val="19"/>
          <w:szCs w:val="19"/>
          <w:lang w:val="lt-LT"/>
          <w14:ligatures w14:val="standardContextual"/>
        </w:rPr>
        <w:t>)</w:t>
      </w:r>
    </w:p>
    <w:p w14:paraId="0BF7C1D7" w14:textId="77777777" w:rsidR="007C70E0" w:rsidRPr="001744D0" w:rsidRDefault="007C70E0" w:rsidP="007C70E0">
      <w:pPr>
        <w:spacing w:after="160" w:line="259" w:lineRule="auto"/>
        <w:jc w:val="center"/>
        <w:rPr>
          <w:rFonts w:ascii="Times New Roman" w:eastAsia="Calibri" w:hAnsi="Times New Roman" w:cs="Times New Roman"/>
          <w:i/>
          <w:iCs/>
          <w:color w:val="002060"/>
          <w:kern w:val="2"/>
          <w:sz w:val="19"/>
          <w:szCs w:val="19"/>
          <w:lang w:val="lt-LT"/>
          <w14:ligatures w14:val="standardContextual"/>
        </w:rPr>
      </w:pPr>
    </w:p>
    <w:p w14:paraId="2746A271" w14:textId="14B4D4E9" w:rsidR="00FB699D" w:rsidRPr="001744D0" w:rsidRDefault="00992F79">
      <w:pPr>
        <w:spacing w:after="40"/>
        <w:rPr>
          <w:lang w:val="lt-LT"/>
        </w:rPr>
      </w:pPr>
      <w:r w:rsidRPr="001744D0">
        <w:rPr>
          <w:b/>
          <w:color w:val="003366"/>
          <w:sz w:val="30"/>
          <w:lang w:val="lt-LT"/>
        </w:rPr>
        <w:t>[</w:t>
      </w:r>
      <w:r w:rsidR="0056739C" w:rsidRPr="001744D0">
        <w:rPr>
          <w:b/>
          <w:color w:val="003366"/>
          <w:sz w:val="30"/>
          <w:lang w:val="lt-LT"/>
        </w:rPr>
        <w:t>VARDAS PAVARDĖ</w:t>
      </w:r>
      <w:r w:rsidRPr="001744D0">
        <w:rPr>
          <w:b/>
          <w:color w:val="003366"/>
          <w:sz w:val="30"/>
          <w:lang w:val="lt-LT"/>
        </w:rPr>
        <w:t>]</w:t>
      </w:r>
    </w:p>
    <w:p w14:paraId="37B80375" w14:textId="41506AD0" w:rsidR="00E951D3" w:rsidRPr="001744D0" w:rsidRDefault="0056739C" w:rsidP="00063CF2">
      <w:pPr>
        <w:rPr>
          <w:lang w:val="lt-LT"/>
        </w:rPr>
      </w:pPr>
      <w:r w:rsidRPr="00296F5E">
        <w:rPr>
          <w:color w:val="646464"/>
          <w:sz w:val="19"/>
          <w:lang w:val="lt-LT"/>
        </w:rPr>
        <w:t>Moks</w:t>
      </w:r>
      <w:r w:rsidR="0043559D">
        <w:rPr>
          <w:color w:val="646464"/>
          <w:sz w:val="19"/>
          <w:lang w:val="lt-LT"/>
        </w:rPr>
        <w:t>lo</w:t>
      </w:r>
      <w:r w:rsidRPr="00296F5E">
        <w:rPr>
          <w:color w:val="646464"/>
          <w:sz w:val="19"/>
          <w:lang w:val="lt-LT"/>
        </w:rPr>
        <w:t xml:space="preserve"> laipsnis | Pareigos | Institucija</w:t>
      </w:r>
      <w:r w:rsidR="00063CF2" w:rsidRPr="001744D0">
        <w:rPr>
          <w:color w:val="646464"/>
          <w:sz w:val="19"/>
          <w:lang w:val="lt-LT"/>
        </w:rPr>
        <w:br/>
      </w:r>
    </w:p>
    <w:p w14:paraId="378F7B3B" w14:textId="77777777" w:rsidR="00FB699D" w:rsidRPr="001744D0" w:rsidRDefault="00992F79">
      <w:pPr>
        <w:spacing w:before="80" w:after="0"/>
        <w:ind w:left="-680"/>
        <w:rPr>
          <w:lang w:val="lt-LT"/>
        </w:rPr>
      </w:pPr>
      <w:r w:rsidRPr="001744D0">
        <w:rPr>
          <w:color w:val="009966"/>
          <w:sz w:val="21"/>
          <w:lang w:val="lt-LT"/>
        </w:rPr>
        <w:t>●</w:t>
      </w:r>
    </w:p>
    <w:p w14:paraId="0BD90567" w14:textId="7A117B28" w:rsidR="00240707" w:rsidRPr="001744D0" w:rsidRDefault="0004134E">
      <w:pPr>
        <w:spacing w:after="40"/>
        <w:rPr>
          <w:b/>
          <w:color w:val="003366"/>
          <w:sz w:val="22"/>
          <w:lang w:val="lt-LT"/>
        </w:rPr>
      </w:pPr>
      <w:r w:rsidRPr="001744D0">
        <w:rPr>
          <w:b/>
          <w:color w:val="003366"/>
          <w:sz w:val="22"/>
          <w:lang w:val="lt-LT"/>
        </w:rPr>
        <w:t xml:space="preserve">IŠSILAVINIMAS IR </w:t>
      </w:r>
      <w:r w:rsidR="003E1B4D">
        <w:rPr>
          <w:b/>
          <w:color w:val="003366"/>
          <w:sz w:val="22"/>
          <w:lang w:val="lt-LT"/>
        </w:rPr>
        <w:t>MOKSLO KVALIFIKACINIAI</w:t>
      </w:r>
      <w:r w:rsidRPr="001744D0">
        <w:rPr>
          <w:b/>
          <w:color w:val="003366"/>
          <w:sz w:val="22"/>
          <w:lang w:val="lt-LT"/>
        </w:rPr>
        <w:t xml:space="preserve"> LAIPSNIAI</w:t>
      </w:r>
    </w:p>
    <w:tbl>
      <w:tblPr>
        <w:tblStyle w:val="PlainTable4"/>
        <w:tblW w:w="0" w:type="auto"/>
        <w:tblLayout w:type="fixed"/>
        <w:tblLook w:val="04A0" w:firstRow="1" w:lastRow="0" w:firstColumn="1" w:lastColumn="0" w:noHBand="0" w:noVBand="1"/>
      </w:tblPr>
      <w:tblGrid>
        <w:gridCol w:w="3828"/>
        <w:gridCol w:w="6144"/>
      </w:tblGrid>
      <w:tr w:rsidR="00063CF2" w:rsidRPr="001744D0" w14:paraId="5881F8BA" w14:textId="77777777" w:rsidTr="00A715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79CF9077" w14:textId="7A63A011" w:rsidR="008114A8" w:rsidRPr="001744D0" w:rsidRDefault="0004134E">
            <w:pPr>
              <w:rPr>
                <w:sz w:val="19"/>
                <w:szCs w:val="19"/>
                <w:lang w:val="lt-LT"/>
              </w:rPr>
            </w:pPr>
            <w:r w:rsidRPr="001744D0">
              <w:rPr>
                <w:color w:val="003366"/>
                <w:sz w:val="19"/>
                <w:szCs w:val="19"/>
                <w:lang w:val="lt-LT"/>
              </w:rPr>
              <w:t>Metai</w:t>
            </w:r>
          </w:p>
        </w:tc>
        <w:tc>
          <w:tcPr>
            <w:tcW w:w="6144" w:type="dxa"/>
          </w:tcPr>
          <w:p w14:paraId="2AE61A0C" w14:textId="1D95741E" w:rsidR="00063CF2" w:rsidRPr="001744D0" w:rsidRDefault="00233963" w:rsidP="00A715D6">
            <w:pPr>
              <w:spacing w:after="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646464"/>
                <w:sz w:val="19"/>
                <w:szCs w:val="19"/>
                <w:lang w:val="lt-LT"/>
              </w:rPr>
            </w:pPr>
            <w:r w:rsidRPr="001744D0">
              <w:rPr>
                <w:bCs w:val="0"/>
                <w:color w:val="003366"/>
                <w:sz w:val="19"/>
                <w:szCs w:val="19"/>
                <w:lang w:val="lt-LT"/>
              </w:rPr>
              <w:t>Mokslo</w:t>
            </w:r>
            <w:r w:rsidR="00786BB9" w:rsidRPr="001744D0">
              <w:rPr>
                <w:bCs w:val="0"/>
                <w:color w:val="003366"/>
                <w:sz w:val="19"/>
                <w:szCs w:val="19"/>
                <w:lang w:val="lt-LT"/>
              </w:rPr>
              <w:t xml:space="preserve"> kryptis</w:t>
            </w:r>
          </w:p>
        </w:tc>
      </w:tr>
      <w:tr w:rsidR="00063CF2" w:rsidRPr="001744D0" w14:paraId="2074F770" w14:textId="77777777" w:rsidTr="00A71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D2FE485" w14:textId="25B616FF" w:rsidR="00063CF2" w:rsidRPr="001744D0" w:rsidRDefault="007134E3">
            <w:pPr>
              <w:spacing w:after="20"/>
              <w:rPr>
                <w:b w:val="0"/>
                <w:color w:val="646464"/>
                <w:sz w:val="19"/>
                <w:lang w:val="lt-LT"/>
              </w:rPr>
            </w:pPr>
            <w:r w:rsidRPr="001744D0">
              <w:rPr>
                <w:color w:val="646464"/>
                <w:sz w:val="19"/>
                <w:lang w:val="lt-LT"/>
              </w:rPr>
              <w:t>20</w:t>
            </w:r>
            <w:r w:rsidR="00063CF2" w:rsidRPr="001744D0">
              <w:rPr>
                <w:color w:val="646464"/>
                <w:sz w:val="19"/>
                <w:lang w:val="lt-LT"/>
              </w:rPr>
              <w:t>XX–</w:t>
            </w:r>
            <w:r w:rsidRPr="001744D0">
              <w:rPr>
                <w:color w:val="646464"/>
                <w:sz w:val="19"/>
                <w:lang w:val="lt-LT"/>
              </w:rPr>
              <w:t>20</w:t>
            </w:r>
            <w:r w:rsidR="00063CF2" w:rsidRPr="001744D0">
              <w:rPr>
                <w:color w:val="646464"/>
                <w:sz w:val="19"/>
                <w:lang w:val="lt-LT"/>
              </w:rPr>
              <w:t>XX</w:t>
            </w:r>
            <w:r w:rsidR="00D85A2A" w:rsidRPr="001744D0">
              <w:rPr>
                <w:color w:val="646464"/>
                <w:sz w:val="19"/>
                <w:lang w:val="lt-LT"/>
              </w:rPr>
              <w:t xml:space="preserve"> magi</w:t>
            </w:r>
            <w:r w:rsidR="002D37D6">
              <w:rPr>
                <w:color w:val="646464"/>
                <w:sz w:val="19"/>
                <w:lang w:val="lt-LT"/>
              </w:rPr>
              <w:t>stro</w:t>
            </w:r>
            <w:r w:rsidR="00082BB5">
              <w:rPr>
                <w:color w:val="646464"/>
                <w:sz w:val="19"/>
                <w:lang w:val="lt-LT"/>
              </w:rPr>
              <w:t xml:space="preserve"> studijos</w:t>
            </w:r>
          </w:p>
        </w:tc>
        <w:tc>
          <w:tcPr>
            <w:tcW w:w="6144" w:type="dxa"/>
          </w:tcPr>
          <w:p w14:paraId="015E79D8" w14:textId="3E0A2AAA" w:rsidR="00063CF2" w:rsidRPr="001744D0" w:rsidRDefault="00063CF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</w:tr>
      <w:tr w:rsidR="00063CF2" w:rsidRPr="001744D0" w14:paraId="4E5DD077" w14:textId="77777777" w:rsidTr="00A71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42453E5C" w14:textId="6F67553A" w:rsidR="00063CF2" w:rsidRPr="001744D0" w:rsidRDefault="007134E3">
            <w:pPr>
              <w:spacing w:after="20"/>
              <w:rPr>
                <w:b w:val="0"/>
                <w:color w:val="646464"/>
                <w:sz w:val="19"/>
                <w:lang w:val="lt-LT"/>
              </w:rPr>
            </w:pPr>
            <w:r w:rsidRPr="001744D0">
              <w:rPr>
                <w:color w:val="646464"/>
                <w:sz w:val="19"/>
                <w:lang w:val="lt-LT"/>
              </w:rPr>
              <w:t>20</w:t>
            </w:r>
            <w:r w:rsidR="00063CF2" w:rsidRPr="001744D0">
              <w:rPr>
                <w:color w:val="646464"/>
                <w:sz w:val="19"/>
                <w:lang w:val="lt-LT"/>
              </w:rPr>
              <w:t>XX–</w:t>
            </w:r>
            <w:r w:rsidRPr="001744D0">
              <w:rPr>
                <w:color w:val="646464"/>
                <w:sz w:val="19"/>
                <w:lang w:val="lt-LT"/>
              </w:rPr>
              <w:t>20</w:t>
            </w:r>
            <w:r w:rsidR="00063CF2" w:rsidRPr="001744D0">
              <w:rPr>
                <w:color w:val="646464"/>
                <w:sz w:val="19"/>
                <w:lang w:val="lt-LT"/>
              </w:rPr>
              <w:t xml:space="preserve">XX </w:t>
            </w:r>
            <w:r w:rsidR="00555981" w:rsidRPr="001744D0">
              <w:rPr>
                <w:color w:val="646464"/>
                <w:sz w:val="19"/>
                <w:lang w:val="lt-LT"/>
              </w:rPr>
              <w:t>d</w:t>
            </w:r>
            <w:r w:rsidR="00082BB5">
              <w:rPr>
                <w:color w:val="646464"/>
                <w:sz w:val="19"/>
                <w:lang w:val="lt-LT"/>
              </w:rPr>
              <w:t>oktorantūros studijos</w:t>
            </w:r>
          </w:p>
        </w:tc>
        <w:tc>
          <w:tcPr>
            <w:tcW w:w="6144" w:type="dxa"/>
          </w:tcPr>
          <w:p w14:paraId="75761703" w14:textId="2713A389" w:rsidR="00063CF2" w:rsidRPr="001744D0" w:rsidRDefault="00063CF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</w:tr>
      <w:tr w:rsidR="007134E3" w:rsidRPr="001744D0" w14:paraId="12A2F0F3" w14:textId="77777777" w:rsidTr="00A71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013412C" w14:textId="77777777" w:rsidR="007134E3" w:rsidRPr="001744D0" w:rsidRDefault="007134E3">
            <w:pPr>
              <w:spacing w:after="20"/>
              <w:rPr>
                <w:color w:val="646464"/>
                <w:sz w:val="19"/>
                <w:lang w:val="lt-LT"/>
              </w:rPr>
            </w:pPr>
          </w:p>
        </w:tc>
        <w:tc>
          <w:tcPr>
            <w:tcW w:w="6144" w:type="dxa"/>
          </w:tcPr>
          <w:p w14:paraId="7DB7E396" w14:textId="77777777" w:rsidR="007134E3" w:rsidRPr="001744D0" w:rsidRDefault="007134E3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646464"/>
                <w:lang w:val="lt-LT"/>
              </w:rPr>
            </w:pPr>
          </w:p>
        </w:tc>
      </w:tr>
    </w:tbl>
    <w:p w14:paraId="10025A58" w14:textId="77777777" w:rsidR="00FB699D" w:rsidRPr="001744D0" w:rsidRDefault="00992F79">
      <w:pPr>
        <w:spacing w:before="80" w:after="0"/>
        <w:ind w:left="-680"/>
        <w:rPr>
          <w:lang w:val="lt-LT"/>
        </w:rPr>
      </w:pPr>
      <w:r w:rsidRPr="001744D0">
        <w:rPr>
          <w:color w:val="009966"/>
          <w:sz w:val="21"/>
          <w:lang w:val="lt-LT"/>
        </w:rPr>
        <w:t>●</w:t>
      </w:r>
    </w:p>
    <w:p w14:paraId="4550A10F" w14:textId="27DD60DD" w:rsidR="007134E3" w:rsidRPr="001744D0" w:rsidRDefault="007B5255">
      <w:pPr>
        <w:spacing w:after="40"/>
        <w:rPr>
          <w:b/>
          <w:color w:val="003366"/>
          <w:sz w:val="22"/>
          <w:lang w:val="lt-LT"/>
        </w:rPr>
      </w:pPr>
      <w:r w:rsidRPr="001744D0">
        <w:rPr>
          <w:b/>
          <w:color w:val="003366"/>
          <w:sz w:val="22"/>
          <w:lang w:val="lt-LT"/>
        </w:rPr>
        <w:t>DARBO PATIRTIS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363"/>
        <w:gridCol w:w="2465"/>
        <w:gridCol w:w="6095"/>
      </w:tblGrid>
      <w:tr w:rsidR="00867D0C" w:rsidRPr="00F3582B" w14:paraId="63FD1D0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1B14C52C" w14:textId="596E9D98" w:rsidR="00867D0C" w:rsidRPr="001744D0" w:rsidRDefault="007B5255">
            <w:pPr>
              <w:rPr>
                <w:sz w:val="19"/>
                <w:szCs w:val="19"/>
                <w:lang w:val="lt-LT"/>
              </w:rPr>
            </w:pPr>
            <w:r w:rsidRPr="001744D0">
              <w:rPr>
                <w:color w:val="003366"/>
                <w:sz w:val="19"/>
                <w:szCs w:val="19"/>
                <w:lang w:val="lt-LT"/>
              </w:rPr>
              <w:t>Metai</w:t>
            </w:r>
          </w:p>
        </w:tc>
        <w:tc>
          <w:tcPr>
            <w:tcW w:w="2465" w:type="dxa"/>
          </w:tcPr>
          <w:p w14:paraId="06DCFAF6" w14:textId="1750B748" w:rsidR="00867D0C" w:rsidRPr="001744D0" w:rsidRDefault="007B5255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808080" w:themeColor="background1" w:themeShade="80"/>
                <w:sz w:val="19"/>
                <w:szCs w:val="19"/>
                <w:lang w:val="lt-LT"/>
              </w:rPr>
            </w:pPr>
            <w:r w:rsidRPr="001744D0">
              <w:rPr>
                <w:color w:val="002060"/>
                <w:sz w:val="19"/>
                <w:lang w:val="lt-LT"/>
              </w:rPr>
              <w:t>Pareigos / Institucija</w:t>
            </w:r>
          </w:p>
        </w:tc>
        <w:tc>
          <w:tcPr>
            <w:tcW w:w="6095" w:type="dxa"/>
          </w:tcPr>
          <w:p w14:paraId="669457E7" w14:textId="344CF086" w:rsidR="00867D0C" w:rsidRPr="001744D0" w:rsidRDefault="009E16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val="lt-LT"/>
              </w:rPr>
            </w:pPr>
            <w:r w:rsidRPr="001744D0">
              <w:rPr>
                <w:bCs w:val="0"/>
                <w:color w:val="003366"/>
                <w:sz w:val="19"/>
                <w:szCs w:val="19"/>
                <w:lang w:val="lt-LT"/>
              </w:rPr>
              <w:t xml:space="preserve">Atsakomybės </w:t>
            </w:r>
            <w:r w:rsidR="00797A7D" w:rsidRPr="001744D0">
              <w:rPr>
                <w:bCs w:val="0"/>
                <w:color w:val="003366"/>
                <w:sz w:val="19"/>
                <w:szCs w:val="19"/>
                <w:lang w:val="lt-LT"/>
              </w:rPr>
              <w:t>(dėstymas, moksliniai tyrimai, administra</w:t>
            </w:r>
            <w:r w:rsidR="00AB139E">
              <w:rPr>
                <w:bCs w:val="0"/>
                <w:color w:val="003366"/>
                <w:sz w:val="19"/>
                <w:szCs w:val="19"/>
                <w:lang w:val="lt-LT"/>
              </w:rPr>
              <w:t>vimas</w:t>
            </w:r>
            <w:r w:rsidR="00797A7D" w:rsidRPr="001744D0">
              <w:rPr>
                <w:bCs w:val="0"/>
                <w:color w:val="003366"/>
                <w:sz w:val="19"/>
                <w:szCs w:val="19"/>
                <w:lang w:val="lt-LT"/>
              </w:rPr>
              <w:t>, kt. veikla)</w:t>
            </w:r>
          </w:p>
        </w:tc>
      </w:tr>
      <w:tr w:rsidR="00867D0C" w:rsidRPr="001744D0" w14:paraId="09CFFD1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004F3C6F" w14:textId="77777777" w:rsidR="00867D0C" w:rsidRPr="001744D0" w:rsidRDefault="00867D0C">
            <w:pPr>
              <w:spacing w:after="20"/>
              <w:rPr>
                <w:color w:val="646464"/>
                <w:lang w:val="lt-LT"/>
              </w:rPr>
            </w:pPr>
            <w:r w:rsidRPr="001744D0">
              <w:rPr>
                <w:color w:val="646464"/>
                <w:sz w:val="19"/>
                <w:lang w:val="lt-LT"/>
              </w:rPr>
              <w:t>20XX–20XX</w:t>
            </w:r>
          </w:p>
        </w:tc>
        <w:tc>
          <w:tcPr>
            <w:tcW w:w="2465" w:type="dxa"/>
          </w:tcPr>
          <w:p w14:paraId="7ACE2C36" w14:textId="77777777" w:rsidR="00867D0C" w:rsidRPr="001744D0" w:rsidRDefault="00867D0C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6095" w:type="dxa"/>
          </w:tcPr>
          <w:p w14:paraId="5283152B" w14:textId="77777777" w:rsidR="00867D0C" w:rsidRPr="001744D0" w:rsidRDefault="00867D0C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</w:tr>
      <w:tr w:rsidR="00867D0C" w:rsidRPr="001744D0" w14:paraId="647298F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0B2D5FD5" w14:textId="77777777" w:rsidR="00867D0C" w:rsidRPr="001744D0" w:rsidRDefault="00867D0C">
            <w:pPr>
              <w:spacing w:after="20"/>
              <w:rPr>
                <w:color w:val="646464"/>
                <w:lang w:val="lt-LT"/>
              </w:rPr>
            </w:pPr>
            <w:r w:rsidRPr="001744D0">
              <w:rPr>
                <w:color w:val="646464"/>
                <w:sz w:val="19"/>
                <w:lang w:val="lt-LT"/>
              </w:rPr>
              <w:t>20XX–20XX</w:t>
            </w:r>
          </w:p>
        </w:tc>
        <w:tc>
          <w:tcPr>
            <w:tcW w:w="2465" w:type="dxa"/>
          </w:tcPr>
          <w:p w14:paraId="66C2273F" w14:textId="77777777" w:rsidR="00867D0C" w:rsidRPr="001744D0" w:rsidRDefault="00867D0C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6095" w:type="dxa"/>
          </w:tcPr>
          <w:p w14:paraId="416896EB" w14:textId="77777777" w:rsidR="00867D0C" w:rsidRPr="001744D0" w:rsidRDefault="00867D0C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</w:tr>
      <w:tr w:rsidR="00867D0C" w:rsidRPr="001744D0" w14:paraId="28E751C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1B628B7B" w14:textId="77777777" w:rsidR="00867D0C" w:rsidRPr="001744D0" w:rsidRDefault="00867D0C">
            <w:pPr>
              <w:spacing w:after="20"/>
              <w:rPr>
                <w:color w:val="646464"/>
                <w:lang w:val="lt-LT"/>
              </w:rPr>
            </w:pPr>
            <w:r w:rsidRPr="001744D0">
              <w:rPr>
                <w:color w:val="646464"/>
                <w:sz w:val="19"/>
                <w:lang w:val="lt-LT"/>
              </w:rPr>
              <w:t>20XX–20XX</w:t>
            </w:r>
          </w:p>
        </w:tc>
        <w:tc>
          <w:tcPr>
            <w:tcW w:w="2465" w:type="dxa"/>
          </w:tcPr>
          <w:p w14:paraId="2E8DA20F" w14:textId="77777777" w:rsidR="00867D0C" w:rsidRPr="001744D0" w:rsidRDefault="00867D0C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6095" w:type="dxa"/>
          </w:tcPr>
          <w:p w14:paraId="0A8EF205" w14:textId="77777777" w:rsidR="00867D0C" w:rsidRPr="001744D0" w:rsidRDefault="00867D0C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</w:tr>
    </w:tbl>
    <w:p w14:paraId="28DC6186" w14:textId="77777777" w:rsidR="00FB699D" w:rsidRPr="001744D0" w:rsidRDefault="00FB699D" w:rsidP="007134E3">
      <w:pPr>
        <w:spacing w:after="80"/>
        <w:rPr>
          <w:lang w:val="lt-LT"/>
        </w:rPr>
      </w:pPr>
    </w:p>
    <w:p w14:paraId="29962C0B" w14:textId="77777777" w:rsidR="00FB699D" w:rsidRPr="001744D0" w:rsidRDefault="00992F79">
      <w:pPr>
        <w:spacing w:before="80" w:after="0"/>
        <w:ind w:left="-680"/>
        <w:rPr>
          <w:lang w:val="lt-LT"/>
        </w:rPr>
      </w:pPr>
      <w:r w:rsidRPr="001744D0">
        <w:rPr>
          <w:color w:val="009966"/>
          <w:sz w:val="21"/>
          <w:lang w:val="lt-LT"/>
        </w:rPr>
        <w:t>●</w:t>
      </w:r>
    </w:p>
    <w:p w14:paraId="01247E16" w14:textId="1E0A50FA" w:rsidR="00FB699D" w:rsidRPr="001744D0" w:rsidRDefault="009E1686">
      <w:pPr>
        <w:spacing w:after="40"/>
        <w:rPr>
          <w:b/>
          <w:color w:val="003366"/>
          <w:sz w:val="22"/>
          <w:lang w:val="lt-LT"/>
        </w:rPr>
      </w:pPr>
      <w:r w:rsidRPr="001744D0">
        <w:rPr>
          <w:b/>
          <w:color w:val="003366"/>
          <w:sz w:val="22"/>
          <w:lang w:val="lt-LT"/>
        </w:rPr>
        <w:t>MOKSLINIŲ TYRIMŲ</w:t>
      </w:r>
      <w:r w:rsidR="00AE3E92">
        <w:rPr>
          <w:b/>
          <w:color w:val="003366"/>
          <w:sz w:val="22"/>
          <w:lang w:val="lt-LT"/>
        </w:rPr>
        <w:t xml:space="preserve"> </w:t>
      </w:r>
      <w:r w:rsidR="00AE3E92" w:rsidRPr="001744D0">
        <w:rPr>
          <w:b/>
          <w:color w:val="003366"/>
          <w:sz w:val="22"/>
          <w:lang w:val="lt-LT"/>
        </w:rPr>
        <w:t>(MTEP)</w:t>
      </w:r>
      <w:r w:rsidRPr="001744D0">
        <w:rPr>
          <w:b/>
          <w:color w:val="003366"/>
          <w:sz w:val="22"/>
          <w:lang w:val="lt-LT"/>
        </w:rPr>
        <w:t xml:space="preserve"> PROJEKTAI 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363"/>
        <w:gridCol w:w="2465"/>
        <w:gridCol w:w="6095"/>
      </w:tblGrid>
      <w:tr w:rsidR="008F6F5C" w:rsidRPr="001744D0" w14:paraId="10C260BC" w14:textId="77777777" w:rsidTr="008F6F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4E3B5054" w14:textId="12CE6DC0" w:rsidR="008F6F5C" w:rsidRPr="001744D0" w:rsidRDefault="009E1686">
            <w:pPr>
              <w:rPr>
                <w:sz w:val="19"/>
                <w:szCs w:val="19"/>
                <w:lang w:val="lt-LT"/>
              </w:rPr>
            </w:pPr>
            <w:r w:rsidRPr="001744D0">
              <w:rPr>
                <w:color w:val="003366"/>
                <w:sz w:val="19"/>
                <w:szCs w:val="19"/>
                <w:lang w:val="lt-LT"/>
              </w:rPr>
              <w:t>Metai</w:t>
            </w:r>
          </w:p>
        </w:tc>
        <w:tc>
          <w:tcPr>
            <w:tcW w:w="2465" w:type="dxa"/>
          </w:tcPr>
          <w:p w14:paraId="5485848D" w14:textId="44A71E17" w:rsidR="008F6F5C" w:rsidRPr="001744D0" w:rsidRDefault="009E1686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808080" w:themeColor="background1" w:themeShade="80"/>
                <w:sz w:val="19"/>
                <w:szCs w:val="19"/>
                <w:lang w:val="lt-LT"/>
              </w:rPr>
            </w:pPr>
            <w:r w:rsidRPr="001744D0">
              <w:rPr>
                <w:color w:val="002060"/>
                <w:sz w:val="19"/>
                <w:lang w:val="lt-LT"/>
              </w:rPr>
              <w:t>Pareigos / Institucija</w:t>
            </w:r>
          </w:p>
        </w:tc>
        <w:tc>
          <w:tcPr>
            <w:tcW w:w="6095" w:type="dxa"/>
          </w:tcPr>
          <w:p w14:paraId="6CB5AD33" w14:textId="5537DD4E" w:rsidR="008F6F5C" w:rsidRPr="001744D0" w:rsidRDefault="00FC5A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val="lt-LT"/>
              </w:rPr>
            </w:pPr>
            <w:r w:rsidRPr="001744D0">
              <w:rPr>
                <w:bCs w:val="0"/>
                <w:color w:val="003366"/>
                <w:sz w:val="19"/>
                <w:szCs w:val="19"/>
                <w:lang w:val="lt-LT"/>
              </w:rPr>
              <w:t>Projekto pavadinimas / Finansavimo šaltinis / Jūsų vaidmuo</w:t>
            </w:r>
          </w:p>
        </w:tc>
      </w:tr>
      <w:tr w:rsidR="008F6F5C" w:rsidRPr="001744D0" w14:paraId="33428A56" w14:textId="77777777" w:rsidTr="008F6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0C05D2A8" w14:textId="77777777" w:rsidR="008F6F5C" w:rsidRPr="001744D0" w:rsidRDefault="008F6F5C">
            <w:pPr>
              <w:spacing w:after="20"/>
              <w:rPr>
                <w:color w:val="646464"/>
                <w:lang w:val="lt-LT"/>
              </w:rPr>
            </w:pPr>
            <w:r w:rsidRPr="001744D0">
              <w:rPr>
                <w:color w:val="646464"/>
                <w:sz w:val="19"/>
                <w:lang w:val="lt-LT"/>
              </w:rPr>
              <w:t>20XX–20XX</w:t>
            </w:r>
          </w:p>
        </w:tc>
        <w:tc>
          <w:tcPr>
            <w:tcW w:w="2465" w:type="dxa"/>
          </w:tcPr>
          <w:p w14:paraId="566F4003" w14:textId="77777777" w:rsidR="008F6F5C" w:rsidRPr="001744D0" w:rsidRDefault="008F6F5C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6095" w:type="dxa"/>
          </w:tcPr>
          <w:p w14:paraId="276D9D91" w14:textId="77777777" w:rsidR="008F6F5C" w:rsidRPr="001744D0" w:rsidRDefault="008F6F5C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</w:tr>
      <w:tr w:rsidR="008F6F5C" w:rsidRPr="001744D0" w14:paraId="6B29D028" w14:textId="77777777" w:rsidTr="008F6F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1AC1C3BC" w14:textId="77777777" w:rsidR="008F6F5C" w:rsidRPr="001744D0" w:rsidRDefault="008F6F5C">
            <w:pPr>
              <w:spacing w:after="20"/>
              <w:rPr>
                <w:color w:val="646464"/>
                <w:lang w:val="lt-LT"/>
              </w:rPr>
            </w:pPr>
            <w:r w:rsidRPr="001744D0">
              <w:rPr>
                <w:color w:val="646464"/>
                <w:sz w:val="19"/>
                <w:lang w:val="lt-LT"/>
              </w:rPr>
              <w:t>20XX–20XX</w:t>
            </w:r>
          </w:p>
        </w:tc>
        <w:tc>
          <w:tcPr>
            <w:tcW w:w="2465" w:type="dxa"/>
          </w:tcPr>
          <w:p w14:paraId="167EC982" w14:textId="77777777" w:rsidR="008F6F5C" w:rsidRPr="001744D0" w:rsidRDefault="008F6F5C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6095" w:type="dxa"/>
          </w:tcPr>
          <w:p w14:paraId="78BFA4FF" w14:textId="77777777" w:rsidR="008F6F5C" w:rsidRPr="001744D0" w:rsidRDefault="008F6F5C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</w:tr>
      <w:tr w:rsidR="008F6F5C" w:rsidRPr="001744D0" w14:paraId="5E14EF16" w14:textId="77777777" w:rsidTr="008F6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3E2382BF" w14:textId="77777777" w:rsidR="008F6F5C" w:rsidRPr="001744D0" w:rsidRDefault="008F6F5C">
            <w:pPr>
              <w:spacing w:after="20"/>
              <w:rPr>
                <w:color w:val="646464"/>
                <w:lang w:val="lt-LT"/>
              </w:rPr>
            </w:pPr>
            <w:r w:rsidRPr="001744D0">
              <w:rPr>
                <w:color w:val="646464"/>
                <w:sz w:val="19"/>
                <w:lang w:val="lt-LT"/>
              </w:rPr>
              <w:t>20XX–20XX</w:t>
            </w:r>
          </w:p>
        </w:tc>
        <w:tc>
          <w:tcPr>
            <w:tcW w:w="2465" w:type="dxa"/>
          </w:tcPr>
          <w:p w14:paraId="735BA8BC" w14:textId="77777777" w:rsidR="008F6F5C" w:rsidRPr="001744D0" w:rsidRDefault="008F6F5C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6095" w:type="dxa"/>
          </w:tcPr>
          <w:p w14:paraId="27EA2EDF" w14:textId="77777777" w:rsidR="008F6F5C" w:rsidRPr="001744D0" w:rsidRDefault="008F6F5C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</w:tr>
      <w:tr w:rsidR="008F6F5C" w:rsidRPr="001744D0" w14:paraId="4EE5844A" w14:textId="77777777" w:rsidTr="008F6F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432E0F8A" w14:textId="77777777" w:rsidR="008F6F5C" w:rsidRPr="001744D0" w:rsidRDefault="008F6F5C">
            <w:pPr>
              <w:spacing w:after="20"/>
              <w:rPr>
                <w:color w:val="808080" w:themeColor="background1" w:themeShade="80"/>
                <w:sz w:val="19"/>
                <w:lang w:val="lt-LT"/>
              </w:rPr>
            </w:pPr>
          </w:p>
        </w:tc>
        <w:tc>
          <w:tcPr>
            <w:tcW w:w="2465" w:type="dxa"/>
          </w:tcPr>
          <w:p w14:paraId="59170550" w14:textId="77777777" w:rsidR="008F6F5C" w:rsidRPr="001744D0" w:rsidRDefault="008F6F5C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6095" w:type="dxa"/>
          </w:tcPr>
          <w:p w14:paraId="6333A248" w14:textId="77777777" w:rsidR="008F6F5C" w:rsidRPr="001744D0" w:rsidRDefault="008F6F5C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</w:tr>
    </w:tbl>
    <w:p w14:paraId="115A87E0" w14:textId="77777777" w:rsidR="008F6F5C" w:rsidRPr="001744D0" w:rsidRDefault="008F6F5C" w:rsidP="007134E3">
      <w:pPr>
        <w:spacing w:after="80"/>
        <w:rPr>
          <w:lang w:val="lt-LT"/>
        </w:rPr>
      </w:pPr>
    </w:p>
    <w:p w14:paraId="6D731C7A" w14:textId="77777777" w:rsidR="00FB699D" w:rsidRPr="001744D0" w:rsidRDefault="00992F79">
      <w:pPr>
        <w:spacing w:before="80" w:after="0"/>
        <w:ind w:left="-680"/>
        <w:rPr>
          <w:lang w:val="lt-LT"/>
        </w:rPr>
      </w:pPr>
      <w:r w:rsidRPr="001744D0">
        <w:rPr>
          <w:color w:val="009966"/>
          <w:sz w:val="21"/>
          <w:lang w:val="lt-LT"/>
        </w:rPr>
        <w:t>●</w:t>
      </w:r>
    </w:p>
    <w:p w14:paraId="74185EF1" w14:textId="6091511D" w:rsidR="00F17F91" w:rsidRPr="001744D0" w:rsidRDefault="00FC5A2F" w:rsidP="00F17F91">
      <w:pPr>
        <w:spacing w:after="80"/>
        <w:rPr>
          <w:b/>
          <w:color w:val="003366"/>
          <w:sz w:val="22"/>
          <w:lang w:val="lt-LT"/>
        </w:rPr>
      </w:pPr>
      <w:r w:rsidRPr="001744D0">
        <w:rPr>
          <w:b/>
          <w:color w:val="003366"/>
          <w:sz w:val="22"/>
          <w:lang w:val="lt-LT"/>
        </w:rPr>
        <w:t xml:space="preserve">TARPTAUTINIAI MOKSLINIŲ TYRIMŲ IR </w:t>
      </w:r>
      <w:r w:rsidR="002C687A" w:rsidRPr="001744D0">
        <w:rPr>
          <w:b/>
          <w:color w:val="003366"/>
          <w:sz w:val="22"/>
          <w:lang w:val="lt-LT"/>
        </w:rPr>
        <w:t>STAŽUOČIŲ</w:t>
      </w:r>
      <w:r w:rsidRPr="001744D0">
        <w:rPr>
          <w:b/>
          <w:color w:val="003366"/>
          <w:sz w:val="22"/>
          <w:lang w:val="lt-LT"/>
        </w:rPr>
        <w:t xml:space="preserve"> VIZITAI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276"/>
        <w:gridCol w:w="87"/>
        <w:gridCol w:w="2323"/>
        <w:gridCol w:w="142"/>
        <w:gridCol w:w="1417"/>
        <w:gridCol w:w="851"/>
        <w:gridCol w:w="4160"/>
      </w:tblGrid>
      <w:tr w:rsidR="00896132" w:rsidRPr="00F3582B" w14:paraId="66026601" w14:textId="77777777" w:rsidTr="00A715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1034F67" w14:textId="00AF6BD6" w:rsidR="00896132" w:rsidRPr="001744D0" w:rsidRDefault="00FC5A2F" w:rsidP="00C876F2">
            <w:pPr>
              <w:rPr>
                <w:sz w:val="19"/>
                <w:szCs w:val="19"/>
                <w:lang w:val="lt-LT"/>
              </w:rPr>
            </w:pPr>
            <w:r w:rsidRPr="001744D0">
              <w:rPr>
                <w:color w:val="003366"/>
                <w:sz w:val="19"/>
                <w:szCs w:val="19"/>
                <w:lang w:val="lt-LT"/>
              </w:rPr>
              <w:t>Metai</w:t>
            </w:r>
          </w:p>
        </w:tc>
        <w:tc>
          <w:tcPr>
            <w:tcW w:w="2410" w:type="dxa"/>
            <w:gridSpan w:val="2"/>
          </w:tcPr>
          <w:p w14:paraId="7709CC14" w14:textId="325D047B" w:rsidR="00896132" w:rsidRPr="001744D0" w:rsidRDefault="009B0BBB" w:rsidP="00C876F2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808080" w:themeColor="background1" w:themeShade="80"/>
                <w:sz w:val="19"/>
                <w:szCs w:val="19"/>
                <w:lang w:val="lt-LT"/>
              </w:rPr>
            </w:pPr>
            <w:r w:rsidRPr="001744D0">
              <w:rPr>
                <w:color w:val="002060"/>
                <w:sz w:val="19"/>
                <w:lang w:val="lt-LT"/>
              </w:rPr>
              <w:t>Pareigos / Priimančioji institucija</w:t>
            </w:r>
          </w:p>
        </w:tc>
        <w:tc>
          <w:tcPr>
            <w:tcW w:w="1559" w:type="dxa"/>
            <w:gridSpan w:val="2"/>
          </w:tcPr>
          <w:p w14:paraId="4DE70BCD" w14:textId="705535E5" w:rsidR="00896132" w:rsidRPr="001744D0" w:rsidRDefault="009B0BBB" w:rsidP="00C876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val="lt-LT"/>
              </w:rPr>
            </w:pPr>
            <w:r w:rsidRPr="001744D0">
              <w:rPr>
                <w:color w:val="003366"/>
                <w:sz w:val="19"/>
                <w:szCs w:val="19"/>
                <w:lang w:val="lt-LT"/>
              </w:rPr>
              <w:t>Vizito tipas</w:t>
            </w:r>
          </w:p>
        </w:tc>
        <w:tc>
          <w:tcPr>
            <w:tcW w:w="5011" w:type="dxa"/>
            <w:gridSpan w:val="2"/>
          </w:tcPr>
          <w:p w14:paraId="33BC9DE7" w14:textId="55699989" w:rsidR="00896132" w:rsidRPr="001744D0" w:rsidRDefault="00336BB9" w:rsidP="00C876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val="lt-LT"/>
              </w:rPr>
            </w:pPr>
            <w:r w:rsidRPr="001744D0">
              <w:rPr>
                <w:bCs w:val="0"/>
                <w:color w:val="003366"/>
                <w:sz w:val="19"/>
                <w:szCs w:val="19"/>
                <w:lang w:val="lt-LT"/>
              </w:rPr>
              <w:t>Tikslas (tyrimų tema</w:t>
            </w:r>
            <w:r w:rsidR="00DE76DF">
              <w:rPr>
                <w:bCs w:val="0"/>
                <w:color w:val="003366"/>
                <w:sz w:val="19"/>
                <w:szCs w:val="19"/>
                <w:lang w:val="lt-LT"/>
              </w:rPr>
              <w:t>tika</w:t>
            </w:r>
            <w:r w:rsidRPr="001744D0">
              <w:rPr>
                <w:bCs w:val="0"/>
                <w:color w:val="003366"/>
                <w:sz w:val="19"/>
                <w:szCs w:val="19"/>
                <w:lang w:val="lt-LT"/>
              </w:rPr>
              <w:t xml:space="preserve"> ir kt.) / Veiklos</w:t>
            </w:r>
            <w:r w:rsidR="00D64FEF" w:rsidRPr="001744D0">
              <w:rPr>
                <w:bCs w:val="0"/>
                <w:color w:val="003366"/>
                <w:sz w:val="19"/>
                <w:szCs w:val="19"/>
                <w:lang w:val="lt-LT"/>
              </w:rPr>
              <w:t xml:space="preserve"> (išmokti metodai, </w:t>
            </w:r>
            <w:r w:rsidR="00AB0D30">
              <w:rPr>
                <w:bCs w:val="0"/>
                <w:color w:val="003366"/>
                <w:sz w:val="19"/>
                <w:szCs w:val="19"/>
                <w:lang w:val="lt-LT"/>
              </w:rPr>
              <w:t>mokymai</w:t>
            </w:r>
            <w:r w:rsidR="00D64FEF" w:rsidRPr="001744D0">
              <w:rPr>
                <w:bCs w:val="0"/>
                <w:color w:val="003366"/>
                <w:sz w:val="19"/>
                <w:szCs w:val="19"/>
                <w:lang w:val="lt-LT"/>
              </w:rPr>
              <w:t xml:space="preserve"> ir kt.)</w:t>
            </w:r>
            <w:r w:rsidRPr="001744D0">
              <w:rPr>
                <w:bCs w:val="0"/>
                <w:color w:val="003366"/>
                <w:sz w:val="19"/>
                <w:szCs w:val="19"/>
                <w:lang w:val="lt-LT"/>
              </w:rPr>
              <w:t xml:space="preserve"> </w:t>
            </w:r>
          </w:p>
        </w:tc>
      </w:tr>
      <w:tr w:rsidR="00896132" w:rsidRPr="001744D0" w14:paraId="737C5301" w14:textId="77777777" w:rsidTr="00A71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5103252" w14:textId="77777777" w:rsidR="00896132" w:rsidRPr="001744D0" w:rsidRDefault="00896132">
            <w:pPr>
              <w:spacing w:after="20"/>
              <w:rPr>
                <w:color w:val="646464"/>
                <w:lang w:val="lt-LT"/>
              </w:rPr>
            </w:pPr>
            <w:r w:rsidRPr="001744D0">
              <w:rPr>
                <w:color w:val="646464"/>
                <w:sz w:val="19"/>
                <w:lang w:val="lt-LT"/>
              </w:rPr>
              <w:t>20XX–20XX</w:t>
            </w:r>
          </w:p>
        </w:tc>
        <w:tc>
          <w:tcPr>
            <w:tcW w:w="2410" w:type="dxa"/>
            <w:gridSpan w:val="2"/>
          </w:tcPr>
          <w:p w14:paraId="5967343A" w14:textId="77777777" w:rsidR="00896132" w:rsidRPr="001744D0" w:rsidRDefault="0089613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1559" w:type="dxa"/>
            <w:gridSpan w:val="2"/>
          </w:tcPr>
          <w:p w14:paraId="674B7700" w14:textId="77777777" w:rsidR="00896132" w:rsidRPr="001744D0" w:rsidRDefault="0089613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5011" w:type="dxa"/>
            <w:gridSpan w:val="2"/>
          </w:tcPr>
          <w:p w14:paraId="55212459" w14:textId="77777777" w:rsidR="00896132" w:rsidRPr="001744D0" w:rsidRDefault="0089613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</w:tr>
      <w:tr w:rsidR="00896132" w:rsidRPr="001744D0" w14:paraId="0A77214B" w14:textId="77777777" w:rsidTr="00A71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389440E" w14:textId="77777777" w:rsidR="00896132" w:rsidRPr="001744D0" w:rsidRDefault="00896132">
            <w:pPr>
              <w:spacing w:after="20"/>
              <w:rPr>
                <w:color w:val="646464"/>
                <w:lang w:val="lt-LT"/>
              </w:rPr>
            </w:pPr>
            <w:r w:rsidRPr="001744D0">
              <w:rPr>
                <w:color w:val="646464"/>
                <w:sz w:val="19"/>
                <w:lang w:val="lt-LT"/>
              </w:rPr>
              <w:t>20XX–20XX</w:t>
            </w:r>
          </w:p>
        </w:tc>
        <w:tc>
          <w:tcPr>
            <w:tcW w:w="2410" w:type="dxa"/>
            <w:gridSpan w:val="2"/>
          </w:tcPr>
          <w:p w14:paraId="440475C6" w14:textId="77777777" w:rsidR="00896132" w:rsidRPr="001744D0" w:rsidRDefault="0089613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1559" w:type="dxa"/>
            <w:gridSpan w:val="2"/>
          </w:tcPr>
          <w:p w14:paraId="7A26F89B" w14:textId="77777777" w:rsidR="00896132" w:rsidRPr="001744D0" w:rsidRDefault="0089613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5011" w:type="dxa"/>
            <w:gridSpan w:val="2"/>
          </w:tcPr>
          <w:p w14:paraId="441C3DAE" w14:textId="77777777" w:rsidR="00896132" w:rsidRPr="001744D0" w:rsidRDefault="0089613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</w:tr>
      <w:tr w:rsidR="00896132" w:rsidRPr="001744D0" w14:paraId="378E1F02" w14:textId="77777777" w:rsidTr="00A71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744EF00" w14:textId="77777777" w:rsidR="00896132" w:rsidRPr="001744D0" w:rsidRDefault="00896132">
            <w:pPr>
              <w:spacing w:after="20"/>
              <w:rPr>
                <w:color w:val="646464"/>
                <w:lang w:val="lt-LT"/>
              </w:rPr>
            </w:pPr>
            <w:r w:rsidRPr="001744D0">
              <w:rPr>
                <w:color w:val="646464"/>
                <w:sz w:val="19"/>
                <w:lang w:val="lt-LT"/>
              </w:rPr>
              <w:t>20XX–20XX</w:t>
            </w:r>
          </w:p>
        </w:tc>
        <w:tc>
          <w:tcPr>
            <w:tcW w:w="2410" w:type="dxa"/>
            <w:gridSpan w:val="2"/>
          </w:tcPr>
          <w:p w14:paraId="4A9181AE" w14:textId="77777777" w:rsidR="00896132" w:rsidRPr="001744D0" w:rsidRDefault="0089613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1559" w:type="dxa"/>
            <w:gridSpan w:val="2"/>
          </w:tcPr>
          <w:p w14:paraId="4B28D045" w14:textId="77777777" w:rsidR="00896132" w:rsidRPr="001744D0" w:rsidRDefault="0089613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5011" w:type="dxa"/>
            <w:gridSpan w:val="2"/>
          </w:tcPr>
          <w:p w14:paraId="77CABBA8" w14:textId="77777777" w:rsidR="00896132" w:rsidRPr="001744D0" w:rsidRDefault="0089613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</w:tr>
      <w:tr w:rsidR="00896132" w:rsidRPr="001744D0" w14:paraId="17D62834" w14:textId="77777777" w:rsidTr="00C876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gridSpan w:val="2"/>
          </w:tcPr>
          <w:p w14:paraId="163A3A97" w14:textId="77777777" w:rsidR="00896132" w:rsidRPr="001744D0" w:rsidRDefault="00896132">
            <w:pPr>
              <w:spacing w:after="20"/>
              <w:rPr>
                <w:color w:val="808080" w:themeColor="background1" w:themeShade="80"/>
                <w:sz w:val="19"/>
                <w:lang w:val="lt-LT"/>
              </w:rPr>
            </w:pPr>
          </w:p>
        </w:tc>
        <w:tc>
          <w:tcPr>
            <w:tcW w:w="2465" w:type="dxa"/>
            <w:gridSpan w:val="2"/>
          </w:tcPr>
          <w:p w14:paraId="52E66821" w14:textId="77777777" w:rsidR="00896132" w:rsidRPr="001744D0" w:rsidRDefault="0089613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2268" w:type="dxa"/>
            <w:gridSpan w:val="2"/>
          </w:tcPr>
          <w:p w14:paraId="6C359972" w14:textId="77777777" w:rsidR="00896132" w:rsidRPr="001744D0" w:rsidRDefault="0089613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4160" w:type="dxa"/>
          </w:tcPr>
          <w:p w14:paraId="5F4C93FD" w14:textId="77777777" w:rsidR="00896132" w:rsidRPr="001744D0" w:rsidRDefault="0089613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</w:tr>
    </w:tbl>
    <w:p w14:paraId="1DD03417" w14:textId="77777777" w:rsidR="00B34491" w:rsidRPr="001744D0" w:rsidRDefault="00B34491" w:rsidP="00F17F91">
      <w:pPr>
        <w:spacing w:after="80"/>
        <w:rPr>
          <w:lang w:val="lt-LT"/>
        </w:rPr>
      </w:pPr>
    </w:p>
    <w:p w14:paraId="44365614" w14:textId="77777777" w:rsidR="00B34491" w:rsidRPr="001744D0" w:rsidRDefault="00B34491" w:rsidP="00F17F91">
      <w:pPr>
        <w:spacing w:after="80"/>
        <w:rPr>
          <w:lang w:val="lt-LT"/>
        </w:rPr>
      </w:pPr>
    </w:p>
    <w:p w14:paraId="5558FF29" w14:textId="77777777" w:rsidR="00D015B4" w:rsidRPr="001744D0" w:rsidRDefault="00D015B4" w:rsidP="00F17F91">
      <w:pPr>
        <w:spacing w:after="80"/>
        <w:rPr>
          <w:lang w:val="lt-LT"/>
        </w:rPr>
      </w:pPr>
    </w:p>
    <w:p w14:paraId="3A70A046" w14:textId="77777777" w:rsidR="00D015B4" w:rsidRPr="001744D0" w:rsidRDefault="00D015B4" w:rsidP="00F17F91">
      <w:pPr>
        <w:spacing w:after="80"/>
        <w:rPr>
          <w:lang w:val="lt-LT"/>
        </w:rPr>
      </w:pPr>
    </w:p>
    <w:p w14:paraId="4E8B6BF5" w14:textId="77777777" w:rsidR="00D015B4" w:rsidRPr="001744D0" w:rsidRDefault="00D015B4" w:rsidP="00F17F91">
      <w:pPr>
        <w:spacing w:after="80"/>
        <w:rPr>
          <w:lang w:val="lt-LT"/>
        </w:rPr>
      </w:pPr>
    </w:p>
    <w:p w14:paraId="544C5760" w14:textId="77777777" w:rsidR="00FB699D" w:rsidRPr="001744D0" w:rsidRDefault="00992F79">
      <w:pPr>
        <w:spacing w:before="80" w:after="0"/>
        <w:ind w:left="-680"/>
        <w:rPr>
          <w:lang w:val="lt-LT"/>
        </w:rPr>
      </w:pPr>
      <w:r w:rsidRPr="001744D0">
        <w:rPr>
          <w:color w:val="009966"/>
          <w:sz w:val="21"/>
          <w:lang w:val="lt-LT"/>
        </w:rPr>
        <w:t>●</w:t>
      </w:r>
    </w:p>
    <w:p w14:paraId="20F92D7F" w14:textId="48F10E2F" w:rsidR="00961B2A" w:rsidRPr="001744D0" w:rsidRDefault="00D015B4">
      <w:pPr>
        <w:spacing w:after="40"/>
        <w:rPr>
          <w:b/>
          <w:color w:val="003366"/>
          <w:sz w:val="22"/>
          <w:lang w:val="lt-LT"/>
        </w:rPr>
      </w:pPr>
      <w:r w:rsidRPr="001744D0">
        <w:rPr>
          <w:b/>
          <w:color w:val="003366"/>
          <w:sz w:val="22"/>
          <w:lang w:val="lt-LT"/>
        </w:rPr>
        <w:t>VADOVAVIMO PATIRTIS</w:t>
      </w:r>
    </w:p>
    <w:tbl>
      <w:tblPr>
        <w:tblStyle w:val="PlainTable4"/>
        <w:tblW w:w="10206" w:type="dxa"/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240707" w:rsidRPr="001744D0" w14:paraId="267BB144" w14:textId="34BB0234" w:rsidTr="00C621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7E4FAF0" w14:textId="60C0EA93" w:rsidR="00240707" w:rsidRPr="001744D0" w:rsidRDefault="00D015B4" w:rsidP="00961B2A">
            <w:pPr>
              <w:spacing w:after="20"/>
              <w:rPr>
                <w:i/>
                <w:iCs/>
                <w:color w:val="646464"/>
                <w:sz w:val="19"/>
                <w:szCs w:val="19"/>
                <w:lang w:val="lt-LT"/>
              </w:rPr>
            </w:pPr>
            <w:r w:rsidRPr="001744D0">
              <w:rPr>
                <w:color w:val="003366"/>
                <w:sz w:val="19"/>
                <w:szCs w:val="19"/>
                <w:lang w:val="lt-LT"/>
              </w:rPr>
              <w:t>Kategorija</w:t>
            </w:r>
          </w:p>
        </w:tc>
        <w:tc>
          <w:tcPr>
            <w:tcW w:w="7654" w:type="dxa"/>
          </w:tcPr>
          <w:p w14:paraId="08470CCC" w14:textId="2686AB8E" w:rsidR="00E47FF1" w:rsidRPr="001744D0" w:rsidRDefault="00406EF9" w:rsidP="00961B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3366"/>
                <w:sz w:val="19"/>
                <w:szCs w:val="19"/>
                <w:lang w:val="lt-LT"/>
              </w:rPr>
            </w:pPr>
            <w:r w:rsidRPr="001744D0">
              <w:rPr>
                <w:color w:val="003366"/>
                <w:sz w:val="19"/>
                <w:szCs w:val="19"/>
                <w:lang w:val="lt-LT"/>
              </w:rPr>
              <w:t xml:space="preserve">            </w:t>
            </w:r>
            <w:r w:rsidR="00813A57" w:rsidRPr="001744D0">
              <w:rPr>
                <w:color w:val="003366"/>
                <w:sz w:val="19"/>
                <w:szCs w:val="19"/>
                <w:lang w:val="lt-LT"/>
              </w:rPr>
              <w:t>Bendras skaičius</w:t>
            </w:r>
            <w:r w:rsidR="009344AD" w:rsidRPr="001744D0">
              <w:rPr>
                <w:color w:val="003366"/>
                <w:sz w:val="19"/>
                <w:szCs w:val="19"/>
                <w:lang w:val="lt-LT"/>
              </w:rPr>
              <w:t xml:space="preserve">                                              Išskirtiniai vadovaujamo </w:t>
            </w:r>
            <w:r w:rsidR="00C62128" w:rsidRPr="001744D0">
              <w:rPr>
                <w:color w:val="003366"/>
                <w:sz w:val="19"/>
                <w:szCs w:val="19"/>
                <w:lang w:val="lt-LT"/>
              </w:rPr>
              <w:t>student</w:t>
            </w:r>
            <w:r w:rsidR="006C6071" w:rsidRPr="001744D0">
              <w:rPr>
                <w:color w:val="003366"/>
                <w:sz w:val="19"/>
                <w:szCs w:val="19"/>
                <w:lang w:val="lt-LT"/>
              </w:rPr>
              <w:t>o</w:t>
            </w:r>
            <w:r w:rsidR="00C62128" w:rsidRPr="001744D0">
              <w:rPr>
                <w:color w:val="003366"/>
                <w:sz w:val="19"/>
                <w:szCs w:val="19"/>
                <w:lang w:val="lt-LT"/>
              </w:rPr>
              <w:t>/stažuotojo</w:t>
            </w:r>
            <w:r w:rsidR="009344AD" w:rsidRPr="001744D0">
              <w:rPr>
                <w:color w:val="003366"/>
                <w:sz w:val="19"/>
                <w:szCs w:val="19"/>
                <w:lang w:val="lt-LT"/>
              </w:rPr>
              <w:t xml:space="preserve"> </w:t>
            </w:r>
          </w:p>
          <w:p w14:paraId="05504961" w14:textId="731D6813" w:rsidR="00240707" w:rsidRPr="001744D0" w:rsidRDefault="00C62128" w:rsidP="00961B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val="lt-LT"/>
              </w:rPr>
            </w:pPr>
            <w:r w:rsidRPr="001744D0">
              <w:rPr>
                <w:color w:val="003366"/>
                <w:sz w:val="19"/>
                <w:szCs w:val="19"/>
                <w:lang w:val="lt-LT"/>
              </w:rPr>
              <w:t xml:space="preserve">        </w:t>
            </w:r>
            <w:r w:rsidR="00E47FF1" w:rsidRPr="001744D0">
              <w:rPr>
                <w:color w:val="003366"/>
                <w:sz w:val="19"/>
                <w:szCs w:val="19"/>
                <w:lang w:val="lt-LT"/>
              </w:rPr>
              <w:t xml:space="preserve">                                                                                pasiekimai </w:t>
            </w:r>
          </w:p>
        </w:tc>
      </w:tr>
      <w:tr w:rsidR="00240707" w:rsidRPr="001744D0" w14:paraId="5CA0EAC6" w14:textId="32B14C7D" w:rsidTr="00C621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5482ADB" w14:textId="08AED4A8" w:rsidR="00240707" w:rsidRPr="001744D0" w:rsidRDefault="00813A57" w:rsidP="00961B2A">
            <w:pPr>
              <w:spacing w:after="20"/>
              <w:rPr>
                <w:i/>
                <w:iCs/>
                <w:color w:val="646464"/>
                <w:lang w:val="lt-LT"/>
              </w:rPr>
            </w:pPr>
            <w:r w:rsidRPr="001744D0">
              <w:rPr>
                <w:color w:val="646464"/>
                <w:sz w:val="19"/>
                <w:lang w:val="lt-LT"/>
              </w:rPr>
              <w:t>Magistrantai</w:t>
            </w:r>
          </w:p>
        </w:tc>
        <w:tc>
          <w:tcPr>
            <w:tcW w:w="7654" w:type="dxa"/>
          </w:tcPr>
          <w:p w14:paraId="56D024A9" w14:textId="05E65006" w:rsidR="00240707" w:rsidRPr="001744D0" w:rsidRDefault="00240707" w:rsidP="00961B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lt-LT"/>
              </w:rPr>
            </w:pPr>
          </w:p>
        </w:tc>
      </w:tr>
      <w:tr w:rsidR="00240707" w:rsidRPr="001744D0" w14:paraId="493E5460" w14:textId="77777777" w:rsidTr="00C621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2D0EFA4" w14:textId="7BAB1626" w:rsidR="00240707" w:rsidRPr="001744D0" w:rsidRDefault="00813A57" w:rsidP="00961B2A">
            <w:pPr>
              <w:spacing w:after="20"/>
              <w:rPr>
                <w:i/>
                <w:iCs/>
                <w:color w:val="646464"/>
                <w:lang w:val="lt-LT"/>
              </w:rPr>
            </w:pPr>
            <w:r w:rsidRPr="001744D0">
              <w:rPr>
                <w:color w:val="646464"/>
                <w:sz w:val="19"/>
                <w:lang w:val="lt-LT"/>
              </w:rPr>
              <w:t>Doktorantai</w:t>
            </w:r>
          </w:p>
        </w:tc>
        <w:tc>
          <w:tcPr>
            <w:tcW w:w="7654" w:type="dxa"/>
          </w:tcPr>
          <w:p w14:paraId="7486310E" w14:textId="50CD2559" w:rsidR="00240707" w:rsidRPr="001744D0" w:rsidRDefault="00240707" w:rsidP="00961B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</w:tr>
      <w:tr w:rsidR="00240707" w:rsidRPr="001744D0" w14:paraId="06D97102" w14:textId="77777777" w:rsidTr="00C621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C7217C1" w14:textId="16F6D0A7" w:rsidR="00240707" w:rsidRPr="001744D0" w:rsidRDefault="001242D6" w:rsidP="00961B2A">
            <w:pPr>
              <w:spacing w:after="20"/>
              <w:rPr>
                <w:i/>
                <w:iCs/>
                <w:color w:val="646464"/>
                <w:lang w:val="lt-LT"/>
              </w:rPr>
            </w:pPr>
            <w:r w:rsidRPr="001744D0">
              <w:rPr>
                <w:color w:val="646464"/>
                <w:sz w:val="19"/>
                <w:lang w:val="lt-LT"/>
              </w:rPr>
              <w:t xml:space="preserve">Podoktorantūros </w:t>
            </w:r>
            <w:r w:rsidR="00C62128" w:rsidRPr="001744D0">
              <w:rPr>
                <w:color w:val="646464"/>
                <w:sz w:val="19"/>
                <w:lang w:val="lt-LT"/>
              </w:rPr>
              <w:t>stažuotojai</w:t>
            </w:r>
          </w:p>
        </w:tc>
        <w:tc>
          <w:tcPr>
            <w:tcW w:w="7654" w:type="dxa"/>
          </w:tcPr>
          <w:p w14:paraId="50062A2B" w14:textId="0267B0D3" w:rsidR="00240707" w:rsidRPr="001744D0" w:rsidRDefault="00240707" w:rsidP="00961B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</w:tr>
      <w:tr w:rsidR="00D11C72" w:rsidRPr="001744D0" w14:paraId="3968A485" w14:textId="77777777" w:rsidTr="00C621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23753FA" w14:textId="77777777" w:rsidR="00D11C72" w:rsidRPr="001744D0" w:rsidRDefault="00D11C72" w:rsidP="00961B2A">
            <w:pPr>
              <w:spacing w:after="20"/>
              <w:rPr>
                <w:color w:val="646464"/>
                <w:sz w:val="19"/>
                <w:lang w:val="lt-LT"/>
              </w:rPr>
            </w:pPr>
          </w:p>
        </w:tc>
        <w:tc>
          <w:tcPr>
            <w:tcW w:w="7654" w:type="dxa"/>
          </w:tcPr>
          <w:p w14:paraId="5F9D879E" w14:textId="77777777" w:rsidR="00D11C72" w:rsidRPr="001744D0" w:rsidRDefault="00D11C72" w:rsidP="00961B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</w:tr>
    </w:tbl>
    <w:p w14:paraId="1FD15975" w14:textId="77777777" w:rsidR="00E80302" w:rsidRPr="001744D0" w:rsidRDefault="00E80302" w:rsidP="00E80302">
      <w:pPr>
        <w:spacing w:after="80"/>
        <w:rPr>
          <w:lang w:val="lt-LT"/>
        </w:rPr>
      </w:pPr>
    </w:p>
    <w:p w14:paraId="5E6C977E" w14:textId="77777777" w:rsidR="00FB699D" w:rsidRPr="001744D0" w:rsidRDefault="00992F79">
      <w:pPr>
        <w:spacing w:before="80" w:after="0"/>
        <w:ind w:left="-680"/>
        <w:rPr>
          <w:lang w:val="lt-LT"/>
        </w:rPr>
      </w:pPr>
      <w:r w:rsidRPr="001744D0">
        <w:rPr>
          <w:color w:val="009966"/>
          <w:sz w:val="21"/>
          <w:lang w:val="lt-LT"/>
        </w:rPr>
        <w:t>●</w:t>
      </w:r>
    </w:p>
    <w:p w14:paraId="28077EB6" w14:textId="1B51C140" w:rsidR="00D850C8" w:rsidRPr="001744D0" w:rsidRDefault="00701FAB">
      <w:pPr>
        <w:spacing w:after="40"/>
        <w:rPr>
          <w:lang w:val="lt-LT"/>
        </w:rPr>
      </w:pPr>
      <w:r w:rsidRPr="001744D0">
        <w:rPr>
          <w:b/>
          <w:color w:val="003366"/>
          <w:sz w:val="22"/>
          <w:lang w:val="lt-LT"/>
        </w:rPr>
        <w:t>EKSPERTINĖ VEIKLA IR KONSULTAVIMAS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363"/>
        <w:gridCol w:w="3459"/>
        <w:gridCol w:w="2642"/>
        <w:gridCol w:w="2792"/>
      </w:tblGrid>
      <w:tr w:rsidR="00D850C8" w:rsidRPr="001744D0" w14:paraId="1E875076" w14:textId="77777777" w:rsidTr="00D11C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4294D1CD" w14:textId="2263C617" w:rsidR="008114A8" w:rsidRPr="001744D0" w:rsidRDefault="00701FAB" w:rsidP="00E80302">
            <w:pPr>
              <w:rPr>
                <w:sz w:val="19"/>
                <w:szCs w:val="19"/>
                <w:lang w:val="lt-LT"/>
              </w:rPr>
            </w:pPr>
            <w:r w:rsidRPr="001744D0">
              <w:rPr>
                <w:color w:val="003366"/>
                <w:sz w:val="19"/>
                <w:szCs w:val="19"/>
                <w:lang w:val="lt-LT"/>
              </w:rPr>
              <w:t>Metai</w:t>
            </w:r>
          </w:p>
        </w:tc>
        <w:tc>
          <w:tcPr>
            <w:tcW w:w="3459" w:type="dxa"/>
          </w:tcPr>
          <w:p w14:paraId="62417C76" w14:textId="0BB1F76D" w:rsidR="00D850C8" w:rsidRPr="001744D0" w:rsidRDefault="00F46CA7" w:rsidP="00E80302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808080" w:themeColor="background1" w:themeShade="80"/>
                <w:sz w:val="19"/>
                <w:szCs w:val="19"/>
                <w:lang w:val="lt-LT"/>
              </w:rPr>
            </w:pPr>
            <w:r w:rsidRPr="001744D0">
              <w:rPr>
                <w:bCs w:val="0"/>
                <w:color w:val="003366"/>
                <w:sz w:val="19"/>
                <w:szCs w:val="19"/>
                <w:lang w:val="lt-LT"/>
              </w:rPr>
              <w:t>Vaidmuo (ekspertas, recenzentas, konsultantas)</w:t>
            </w:r>
          </w:p>
        </w:tc>
        <w:tc>
          <w:tcPr>
            <w:tcW w:w="2642" w:type="dxa"/>
          </w:tcPr>
          <w:p w14:paraId="0550B6A7" w14:textId="684CDA23" w:rsidR="008114A8" w:rsidRPr="001744D0" w:rsidRDefault="00F46CA7" w:rsidP="00E803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val="lt-LT"/>
              </w:rPr>
            </w:pPr>
            <w:r w:rsidRPr="001744D0">
              <w:rPr>
                <w:color w:val="003366"/>
                <w:sz w:val="19"/>
                <w:szCs w:val="19"/>
                <w:lang w:val="lt-LT"/>
              </w:rPr>
              <w:t>Organizacija / Programa</w:t>
            </w:r>
          </w:p>
        </w:tc>
        <w:tc>
          <w:tcPr>
            <w:tcW w:w="2792" w:type="dxa"/>
          </w:tcPr>
          <w:p w14:paraId="047BDAD8" w14:textId="68E66580" w:rsidR="008114A8" w:rsidRPr="001744D0" w:rsidRDefault="00F46CA7" w:rsidP="00E803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val="lt-LT"/>
              </w:rPr>
            </w:pPr>
            <w:r w:rsidRPr="001744D0">
              <w:rPr>
                <w:color w:val="003366"/>
                <w:sz w:val="19"/>
                <w:szCs w:val="19"/>
                <w:lang w:val="lt-LT"/>
              </w:rPr>
              <w:t>Lygmuo (nacionalinis, tarptautinis)</w:t>
            </w:r>
          </w:p>
        </w:tc>
      </w:tr>
      <w:tr w:rsidR="00D850C8" w:rsidRPr="001744D0" w14:paraId="51AD396B" w14:textId="77777777" w:rsidTr="00D11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482676FD" w14:textId="77777777" w:rsidR="00D850C8" w:rsidRPr="001744D0" w:rsidRDefault="00D850C8" w:rsidP="00D850C8">
            <w:pPr>
              <w:spacing w:after="20"/>
              <w:rPr>
                <w:color w:val="646464"/>
                <w:lang w:val="lt-LT"/>
              </w:rPr>
            </w:pPr>
            <w:r w:rsidRPr="001744D0">
              <w:rPr>
                <w:color w:val="646464"/>
                <w:sz w:val="19"/>
                <w:lang w:val="lt-LT"/>
              </w:rPr>
              <w:t>20XX–20XX</w:t>
            </w:r>
          </w:p>
        </w:tc>
        <w:tc>
          <w:tcPr>
            <w:tcW w:w="3459" w:type="dxa"/>
          </w:tcPr>
          <w:p w14:paraId="06AFA3A0" w14:textId="77777777" w:rsidR="00D850C8" w:rsidRPr="001744D0" w:rsidRDefault="00D850C8" w:rsidP="00D850C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2642" w:type="dxa"/>
          </w:tcPr>
          <w:p w14:paraId="1B24F131" w14:textId="77777777" w:rsidR="00D850C8" w:rsidRPr="001744D0" w:rsidRDefault="00D850C8" w:rsidP="00D850C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2792" w:type="dxa"/>
          </w:tcPr>
          <w:p w14:paraId="7345A3E3" w14:textId="77777777" w:rsidR="00D850C8" w:rsidRPr="001744D0" w:rsidRDefault="00D850C8" w:rsidP="00D850C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</w:tr>
      <w:tr w:rsidR="00D850C8" w:rsidRPr="001744D0" w14:paraId="366CC67E" w14:textId="77777777" w:rsidTr="00D11C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7D80A4BF" w14:textId="77777777" w:rsidR="00D850C8" w:rsidRPr="001744D0" w:rsidRDefault="00D850C8" w:rsidP="00D850C8">
            <w:pPr>
              <w:spacing w:after="20"/>
              <w:rPr>
                <w:color w:val="646464"/>
                <w:lang w:val="lt-LT"/>
              </w:rPr>
            </w:pPr>
            <w:r w:rsidRPr="001744D0">
              <w:rPr>
                <w:color w:val="646464"/>
                <w:sz w:val="19"/>
                <w:lang w:val="lt-LT"/>
              </w:rPr>
              <w:t>20XX–20XX</w:t>
            </w:r>
          </w:p>
        </w:tc>
        <w:tc>
          <w:tcPr>
            <w:tcW w:w="3459" w:type="dxa"/>
          </w:tcPr>
          <w:p w14:paraId="4B3D1C49" w14:textId="77777777" w:rsidR="00D850C8" w:rsidRPr="001744D0" w:rsidRDefault="00D850C8" w:rsidP="00D850C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2642" w:type="dxa"/>
          </w:tcPr>
          <w:p w14:paraId="027301C0" w14:textId="77777777" w:rsidR="00D850C8" w:rsidRPr="001744D0" w:rsidRDefault="00D850C8" w:rsidP="00D850C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2792" w:type="dxa"/>
          </w:tcPr>
          <w:p w14:paraId="1116E570" w14:textId="77777777" w:rsidR="00D850C8" w:rsidRPr="001744D0" w:rsidRDefault="00D850C8" w:rsidP="00D850C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</w:tr>
      <w:tr w:rsidR="00D850C8" w:rsidRPr="001744D0" w14:paraId="7598996A" w14:textId="77777777" w:rsidTr="00D11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0607A139" w14:textId="77777777" w:rsidR="00D850C8" w:rsidRPr="001744D0" w:rsidRDefault="00D850C8" w:rsidP="00D850C8">
            <w:pPr>
              <w:spacing w:after="20"/>
              <w:rPr>
                <w:color w:val="646464"/>
                <w:lang w:val="lt-LT"/>
              </w:rPr>
            </w:pPr>
            <w:r w:rsidRPr="001744D0">
              <w:rPr>
                <w:color w:val="646464"/>
                <w:sz w:val="19"/>
                <w:lang w:val="lt-LT"/>
              </w:rPr>
              <w:t>20XX–20XX</w:t>
            </w:r>
          </w:p>
        </w:tc>
        <w:tc>
          <w:tcPr>
            <w:tcW w:w="3459" w:type="dxa"/>
          </w:tcPr>
          <w:p w14:paraId="6DC0CC30" w14:textId="77777777" w:rsidR="00D850C8" w:rsidRPr="001744D0" w:rsidRDefault="00D850C8" w:rsidP="00D850C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2642" w:type="dxa"/>
          </w:tcPr>
          <w:p w14:paraId="18664E64" w14:textId="77777777" w:rsidR="00D850C8" w:rsidRPr="001744D0" w:rsidRDefault="00D850C8" w:rsidP="00D850C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2792" w:type="dxa"/>
          </w:tcPr>
          <w:p w14:paraId="27DA1D09" w14:textId="77777777" w:rsidR="00D850C8" w:rsidRPr="001744D0" w:rsidRDefault="00D850C8" w:rsidP="00D850C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</w:tr>
      <w:tr w:rsidR="00D11C72" w:rsidRPr="001744D0" w14:paraId="202D16CC" w14:textId="77777777" w:rsidTr="00D11C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</w:tcPr>
          <w:p w14:paraId="20C4528B" w14:textId="77777777" w:rsidR="00D11C72" w:rsidRPr="001744D0" w:rsidRDefault="00D11C72" w:rsidP="00D850C8">
            <w:pPr>
              <w:spacing w:after="20"/>
              <w:rPr>
                <w:color w:val="808080" w:themeColor="background1" w:themeShade="80"/>
                <w:sz w:val="19"/>
                <w:lang w:val="lt-LT"/>
              </w:rPr>
            </w:pPr>
          </w:p>
        </w:tc>
        <w:tc>
          <w:tcPr>
            <w:tcW w:w="3459" w:type="dxa"/>
          </w:tcPr>
          <w:p w14:paraId="269F5619" w14:textId="77777777" w:rsidR="00D11C72" w:rsidRPr="001744D0" w:rsidRDefault="00D11C72" w:rsidP="00D850C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2642" w:type="dxa"/>
          </w:tcPr>
          <w:p w14:paraId="49B6B384" w14:textId="77777777" w:rsidR="00D11C72" w:rsidRPr="001744D0" w:rsidRDefault="00D11C72" w:rsidP="00D850C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2792" w:type="dxa"/>
          </w:tcPr>
          <w:p w14:paraId="0111BA84" w14:textId="77777777" w:rsidR="00D11C72" w:rsidRPr="001744D0" w:rsidRDefault="00D11C72" w:rsidP="00D850C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</w:tr>
    </w:tbl>
    <w:p w14:paraId="7A426BB8" w14:textId="77777777" w:rsidR="00FB699D" w:rsidRPr="001744D0" w:rsidRDefault="00992F79" w:rsidP="00D850C8">
      <w:pPr>
        <w:spacing w:after="80"/>
        <w:rPr>
          <w:lang w:val="lt-LT"/>
        </w:rPr>
      </w:pPr>
      <w:r w:rsidRPr="001744D0">
        <w:rPr>
          <w:lang w:val="lt-LT"/>
        </w:rPr>
        <w:br/>
      </w:r>
    </w:p>
    <w:p w14:paraId="59309A36" w14:textId="557A7A03" w:rsidR="00AE6A4F" w:rsidRPr="001744D0" w:rsidRDefault="005D4927" w:rsidP="00E80302">
      <w:pPr>
        <w:spacing w:before="80"/>
        <w:ind w:left="-879"/>
        <w:rPr>
          <w:b/>
          <w:bCs/>
          <w:color w:val="009966"/>
          <w:sz w:val="22"/>
          <w:lang w:val="lt-LT"/>
        </w:rPr>
      </w:pPr>
      <w:r w:rsidRPr="001744D0">
        <w:rPr>
          <w:color w:val="009966"/>
          <w:sz w:val="22"/>
          <w:lang w:val="lt-LT"/>
        </w:rPr>
        <w:t xml:space="preserve">    </w:t>
      </w:r>
      <w:r w:rsidR="00AA3F25" w:rsidRPr="001744D0">
        <w:rPr>
          <w:color w:val="009966"/>
          <w:sz w:val="22"/>
          <w:lang w:val="lt-LT"/>
        </w:rPr>
        <w:t>●</w:t>
      </w:r>
      <w:r w:rsidR="00AE6A4F" w:rsidRPr="001744D0">
        <w:rPr>
          <w:color w:val="009966"/>
          <w:sz w:val="22"/>
          <w:lang w:val="lt-LT"/>
        </w:rPr>
        <w:t xml:space="preserve"> </w:t>
      </w:r>
      <w:r w:rsidR="00AE6A4F" w:rsidRPr="001744D0">
        <w:rPr>
          <w:color w:val="009966"/>
          <w:sz w:val="22"/>
          <w:lang w:val="lt-LT"/>
        </w:rPr>
        <w:tab/>
      </w:r>
      <w:r w:rsidR="001471C3" w:rsidRPr="001744D0">
        <w:rPr>
          <w:b/>
          <w:bCs/>
          <w:color w:val="002060"/>
          <w:sz w:val="22"/>
          <w:lang w:val="lt-LT"/>
        </w:rPr>
        <w:t>APDOVANOJIMAI IR ĮVERTINIMAI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418"/>
        <w:gridCol w:w="3401"/>
        <w:gridCol w:w="2640"/>
        <w:gridCol w:w="2797"/>
      </w:tblGrid>
      <w:tr w:rsidR="00AE6A4F" w:rsidRPr="001744D0" w14:paraId="3F0418B3" w14:textId="77777777" w:rsidTr="00E80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898EB79" w14:textId="61EC61DD" w:rsidR="008114A8" w:rsidRPr="001744D0" w:rsidRDefault="001471C3" w:rsidP="00240707">
            <w:pPr>
              <w:rPr>
                <w:sz w:val="19"/>
                <w:szCs w:val="19"/>
                <w:lang w:val="lt-LT"/>
              </w:rPr>
            </w:pPr>
            <w:r w:rsidRPr="001744D0">
              <w:rPr>
                <w:color w:val="003366"/>
                <w:sz w:val="19"/>
                <w:szCs w:val="19"/>
                <w:lang w:val="lt-LT"/>
              </w:rPr>
              <w:t>Metai</w:t>
            </w:r>
          </w:p>
        </w:tc>
        <w:tc>
          <w:tcPr>
            <w:tcW w:w="3401" w:type="dxa"/>
          </w:tcPr>
          <w:p w14:paraId="5D8E6356" w14:textId="6457C3DF" w:rsidR="00AE6A4F" w:rsidRPr="001744D0" w:rsidRDefault="001471C3" w:rsidP="00240707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808080" w:themeColor="background1" w:themeShade="80"/>
                <w:sz w:val="19"/>
                <w:szCs w:val="19"/>
                <w:lang w:val="lt-LT"/>
              </w:rPr>
            </w:pPr>
            <w:r w:rsidRPr="001744D0">
              <w:rPr>
                <w:bCs w:val="0"/>
                <w:color w:val="003366"/>
                <w:sz w:val="19"/>
                <w:szCs w:val="19"/>
                <w:lang w:val="lt-LT"/>
              </w:rPr>
              <w:t>Apdovanojimas</w:t>
            </w:r>
            <w:r w:rsidR="00783BDD" w:rsidRPr="001744D0">
              <w:rPr>
                <w:bCs w:val="0"/>
                <w:color w:val="003366"/>
                <w:sz w:val="19"/>
                <w:szCs w:val="19"/>
                <w:lang w:val="lt-LT"/>
              </w:rPr>
              <w:t>/Įvertinimas</w:t>
            </w:r>
          </w:p>
        </w:tc>
        <w:tc>
          <w:tcPr>
            <w:tcW w:w="2640" w:type="dxa"/>
          </w:tcPr>
          <w:p w14:paraId="3A85C70A" w14:textId="15BA8FCB" w:rsidR="00AE6A4F" w:rsidRPr="001744D0" w:rsidRDefault="00783BDD" w:rsidP="00240707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808080" w:themeColor="background1" w:themeShade="80"/>
                <w:sz w:val="19"/>
                <w:szCs w:val="19"/>
                <w:lang w:val="lt-LT"/>
              </w:rPr>
            </w:pPr>
            <w:r w:rsidRPr="001744D0">
              <w:rPr>
                <w:bCs w:val="0"/>
                <w:color w:val="003366"/>
                <w:sz w:val="19"/>
                <w:szCs w:val="19"/>
                <w:lang w:val="lt-LT"/>
              </w:rPr>
              <w:t>Skyrusi institucija</w:t>
            </w:r>
          </w:p>
        </w:tc>
        <w:tc>
          <w:tcPr>
            <w:tcW w:w="2797" w:type="dxa"/>
          </w:tcPr>
          <w:p w14:paraId="39319A95" w14:textId="681F246D" w:rsidR="008114A8" w:rsidRPr="001744D0" w:rsidRDefault="00783BDD" w:rsidP="002407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val="lt-LT"/>
              </w:rPr>
            </w:pPr>
            <w:r w:rsidRPr="001744D0">
              <w:rPr>
                <w:color w:val="003366"/>
                <w:sz w:val="19"/>
                <w:szCs w:val="19"/>
                <w:lang w:val="lt-LT"/>
              </w:rPr>
              <w:t>Lygmuo (nacionalinis, tarptautinis)</w:t>
            </w:r>
          </w:p>
        </w:tc>
      </w:tr>
      <w:tr w:rsidR="00AE6A4F" w:rsidRPr="001744D0" w14:paraId="7F7853AC" w14:textId="77777777" w:rsidTr="00E80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B346B50" w14:textId="77777777" w:rsidR="00AE6A4F" w:rsidRPr="001744D0" w:rsidRDefault="00AE6A4F">
            <w:pPr>
              <w:spacing w:after="20"/>
              <w:rPr>
                <w:color w:val="646464"/>
                <w:lang w:val="lt-LT"/>
              </w:rPr>
            </w:pPr>
            <w:r w:rsidRPr="001744D0">
              <w:rPr>
                <w:color w:val="646464"/>
                <w:sz w:val="19"/>
                <w:lang w:val="lt-LT"/>
              </w:rPr>
              <w:t>20XX–20XX</w:t>
            </w:r>
          </w:p>
        </w:tc>
        <w:tc>
          <w:tcPr>
            <w:tcW w:w="3401" w:type="dxa"/>
          </w:tcPr>
          <w:p w14:paraId="45059F33" w14:textId="77777777" w:rsidR="00AE6A4F" w:rsidRPr="001744D0" w:rsidRDefault="00AE6A4F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2640" w:type="dxa"/>
          </w:tcPr>
          <w:p w14:paraId="03B937C8" w14:textId="77777777" w:rsidR="00AE6A4F" w:rsidRPr="001744D0" w:rsidRDefault="00AE6A4F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2797" w:type="dxa"/>
          </w:tcPr>
          <w:p w14:paraId="739D955F" w14:textId="77777777" w:rsidR="00AE6A4F" w:rsidRPr="001744D0" w:rsidRDefault="00AE6A4F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</w:tr>
      <w:tr w:rsidR="00AE6A4F" w:rsidRPr="001744D0" w14:paraId="12653D89" w14:textId="77777777" w:rsidTr="00E80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62ED88F" w14:textId="77777777" w:rsidR="00AE6A4F" w:rsidRPr="001744D0" w:rsidRDefault="00AE6A4F">
            <w:pPr>
              <w:spacing w:after="20"/>
              <w:rPr>
                <w:color w:val="646464"/>
                <w:lang w:val="lt-LT"/>
              </w:rPr>
            </w:pPr>
            <w:r w:rsidRPr="001744D0">
              <w:rPr>
                <w:color w:val="646464"/>
                <w:sz w:val="19"/>
                <w:lang w:val="lt-LT"/>
              </w:rPr>
              <w:t>20XX–20XX</w:t>
            </w:r>
          </w:p>
        </w:tc>
        <w:tc>
          <w:tcPr>
            <w:tcW w:w="3401" w:type="dxa"/>
          </w:tcPr>
          <w:p w14:paraId="0E36AF28" w14:textId="77777777" w:rsidR="00AE6A4F" w:rsidRPr="001744D0" w:rsidRDefault="00AE6A4F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2640" w:type="dxa"/>
          </w:tcPr>
          <w:p w14:paraId="62EA56C3" w14:textId="77777777" w:rsidR="00AE6A4F" w:rsidRPr="001744D0" w:rsidRDefault="00AE6A4F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2797" w:type="dxa"/>
          </w:tcPr>
          <w:p w14:paraId="530F70BF" w14:textId="77777777" w:rsidR="00AE6A4F" w:rsidRPr="001744D0" w:rsidRDefault="00AE6A4F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</w:tr>
      <w:tr w:rsidR="00AE6A4F" w:rsidRPr="001744D0" w14:paraId="12F68B80" w14:textId="77777777" w:rsidTr="00E80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0F664B2" w14:textId="77777777" w:rsidR="00AE6A4F" w:rsidRPr="001744D0" w:rsidRDefault="00AE6A4F">
            <w:pPr>
              <w:spacing w:after="20"/>
              <w:rPr>
                <w:color w:val="646464"/>
                <w:lang w:val="lt-LT"/>
              </w:rPr>
            </w:pPr>
            <w:r w:rsidRPr="001744D0">
              <w:rPr>
                <w:color w:val="646464"/>
                <w:sz w:val="19"/>
                <w:lang w:val="lt-LT"/>
              </w:rPr>
              <w:t>20XX–20XX</w:t>
            </w:r>
          </w:p>
        </w:tc>
        <w:tc>
          <w:tcPr>
            <w:tcW w:w="3401" w:type="dxa"/>
          </w:tcPr>
          <w:p w14:paraId="1781D5C9" w14:textId="77777777" w:rsidR="00AE6A4F" w:rsidRPr="001744D0" w:rsidRDefault="00AE6A4F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2640" w:type="dxa"/>
          </w:tcPr>
          <w:p w14:paraId="6AF340AE" w14:textId="77777777" w:rsidR="00AE6A4F" w:rsidRPr="001744D0" w:rsidRDefault="00AE6A4F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2797" w:type="dxa"/>
          </w:tcPr>
          <w:p w14:paraId="11054A0D" w14:textId="77777777" w:rsidR="00AE6A4F" w:rsidRPr="001744D0" w:rsidRDefault="00AE6A4F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</w:tr>
      <w:tr w:rsidR="00D11C72" w:rsidRPr="001744D0" w14:paraId="045821A7" w14:textId="77777777" w:rsidTr="00E80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7062338" w14:textId="77777777" w:rsidR="00D11C72" w:rsidRPr="001744D0" w:rsidRDefault="00D11C72">
            <w:pPr>
              <w:spacing w:after="20"/>
              <w:rPr>
                <w:color w:val="808080" w:themeColor="background1" w:themeShade="80"/>
                <w:sz w:val="19"/>
                <w:lang w:val="lt-LT"/>
              </w:rPr>
            </w:pPr>
          </w:p>
        </w:tc>
        <w:tc>
          <w:tcPr>
            <w:tcW w:w="3401" w:type="dxa"/>
          </w:tcPr>
          <w:p w14:paraId="6181E209" w14:textId="77777777" w:rsidR="00D11C72" w:rsidRPr="001744D0" w:rsidRDefault="00D11C7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2640" w:type="dxa"/>
          </w:tcPr>
          <w:p w14:paraId="4EC96ECA" w14:textId="77777777" w:rsidR="00D11C72" w:rsidRPr="001744D0" w:rsidRDefault="00D11C7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2797" w:type="dxa"/>
          </w:tcPr>
          <w:p w14:paraId="20AC12C0" w14:textId="77777777" w:rsidR="00D11C72" w:rsidRPr="001744D0" w:rsidRDefault="00D11C7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</w:tr>
    </w:tbl>
    <w:p w14:paraId="32985E00" w14:textId="77777777" w:rsidR="004A218F" w:rsidRPr="001744D0" w:rsidRDefault="004A218F">
      <w:pPr>
        <w:ind w:left="-737"/>
        <w:rPr>
          <w:lang w:val="lt-LT"/>
        </w:rPr>
      </w:pPr>
    </w:p>
    <w:p w14:paraId="57EB0992" w14:textId="77777777" w:rsidR="008114A8" w:rsidRPr="001744D0" w:rsidRDefault="00180142">
      <w:pPr>
        <w:spacing w:before="80" w:after="0"/>
        <w:ind w:left="-680"/>
        <w:rPr>
          <w:lang w:val="lt-LT"/>
        </w:rPr>
      </w:pPr>
      <w:r w:rsidRPr="001744D0">
        <w:rPr>
          <w:color w:val="009966"/>
          <w:sz w:val="21"/>
          <w:lang w:val="lt-LT"/>
        </w:rPr>
        <w:t>●</w:t>
      </w:r>
    </w:p>
    <w:p w14:paraId="629FCC05" w14:textId="23052A21" w:rsidR="00AE6A4F" w:rsidRPr="001744D0" w:rsidRDefault="00DA0E09">
      <w:pPr>
        <w:spacing w:after="40"/>
        <w:rPr>
          <w:lang w:val="lt-LT"/>
        </w:rPr>
      </w:pPr>
      <w:r w:rsidRPr="001744D0">
        <w:rPr>
          <w:b/>
          <w:color w:val="003366"/>
          <w:sz w:val="22"/>
          <w:lang w:val="lt-LT"/>
        </w:rPr>
        <w:t>KITA INFORMACIJA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368"/>
        <w:gridCol w:w="3452"/>
        <w:gridCol w:w="992"/>
        <w:gridCol w:w="4444"/>
      </w:tblGrid>
      <w:tr w:rsidR="00AE6A4F" w:rsidRPr="001744D0" w14:paraId="3A712D3A" w14:textId="77777777" w:rsidTr="00A715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2762CF48" w14:textId="7EA9D8FE" w:rsidR="008114A8" w:rsidRPr="001744D0" w:rsidRDefault="00DA0E09" w:rsidP="00A715D6">
            <w:pPr>
              <w:rPr>
                <w:sz w:val="19"/>
                <w:szCs w:val="19"/>
                <w:lang w:val="lt-LT"/>
              </w:rPr>
            </w:pPr>
            <w:r w:rsidRPr="001744D0">
              <w:rPr>
                <w:color w:val="003366"/>
                <w:sz w:val="19"/>
                <w:szCs w:val="19"/>
                <w:lang w:val="lt-LT"/>
              </w:rPr>
              <w:t>Metai</w:t>
            </w:r>
          </w:p>
        </w:tc>
        <w:tc>
          <w:tcPr>
            <w:tcW w:w="3452" w:type="dxa"/>
          </w:tcPr>
          <w:p w14:paraId="14B6D37A" w14:textId="16DA0E5E" w:rsidR="008114A8" w:rsidRPr="001744D0" w:rsidRDefault="003C201A" w:rsidP="00A715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val="lt-LT"/>
              </w:rPr>
            </w:pPr>
            <w:r>
              <w:rPr>
                <w:color w:val="003366"/>
                <w:sz w:val="19"/>
                <w:szCs w:val="19"/>
                <w:lang w:val="lt-LT"/>
              </w:rPr>
              <w:t>Veiklos pavadinimas</w:t>
            </w:r>
            <w:r w:rsidR="00DA0E09" w:rsidRPr="001744D0">
              <w:rPr>
                <w:color w:val="003366"/>
                <w:sz w:val="19"/>
                <w:szCs w:val="19"/>
                <w:lang w:val="lt-LT"/>
              </w:rPr>
              <w:t xml:space="preserve"> (patenta</w:t>
            </w:r>
            <w:r w:rsidR="009F11E1" w:rsidRPr="001744D0">
              <w:rPr>
                <w:color w:val="003366"/>
                <w:sz w:val="19"/>
                <w:szCs w:val="19"/>
                <w:lang w:val="lt-LT"/>
              </w:rPr>
              <w:t>i</w:t>
            </w:r>
            <w:r w:rsidR="00DA0E09" w:rsidRPr="001744D0">
              <w:rPr>
                <w:color w:val="003366"/>
                <w:sz w:val="19"/>
                <w:szCs w:val="19"/>
                <w:lang w:val="lt-LT"/>
              </w:rPr>
              <w:t>, profesinė narystė, redakcinė veikla ir kt.)</w:t>
            </w:r>
          </w:p>
        </w:tc>
        <w:tc>
          <w:tcPr>
            <w:tcW w:w="5436" w:type="dxa"/>
            <w:gridSpan w:val="2"/>
          </w:tcPr>
          <w:p w14:paraId="44DBAC63" w14:textId="5D7700B8" w:rsidR="00AE6A4F" w:rsidRPr="001744D0" w:rsidRDefault="00AD1636" w:rsidP="00A715D6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808080" w:themeColor="background1" w:themeShade="80"/>
                <w:sz w:val="19"/>
                <w:szCs w:val="19"/>
                <w:lang w:val="lt-LT"/>
              </w:rPr>
            </w:pPr>
            <w:r w:rsidRPr="001744D0">
              <w:rPr>
                <w:bCs w:val="0"/>
                <w:color w:val="003366"/>
                <w:sz w:val="19"/>
                <w:szCs w:val="19"/>
                <w:lang w:val="lt-LT"/>
              </w:rPr>
              <w:t xml:space="preserve">  Aprašymas</w:t>
            </w:r>
          </w:p>
        </w:tc>
      </w:tr>
      <w:tr w:rsidR="00AE6A4F" w:rsidRPr="001744D0" w14:paraId="0E08EFE4" w14:textId="77777777" w:rsidTr="00A71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22E0ED0D" w14:textId="77777777" w:rsidR="00AE6A4F" w:rsidRPr="001744D0" w:rsidRDefault="00AE6A4F">
            <w:pPr>
              <w:spacing w:after="20"/>
              <w:rPr>
                <w:color w:val="646464"/>
                <w:lang w:val="lt-LT"/>
              </w:rPr>
            </w:pPr>
            <w:r w:rsidRPr="001744D0">
              <w:rPr>
                <w:color w:val="646464"/>
                <w:sz w:val="19"/>
                <w:lang w:val="lt-LT"/>
              </w:rPr>
              <w:t>20XX–20XX</w:t>
            </w:r>
          </w:p>
        </w:tc>
        <w:tc>
          <w:tcPr>
            <w:tcW w:w="3452" w:type="dxa"/>
          </w:tcPr>
          <w:p w14:paraId="29F2E38A" w14:textId="77777777" w:rsidR="00AE6A4F" w:rsidRPr="001744D0" w:rsidRDefault="00AE6A4F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5436" w:type="dxa"/>
            <w:gridSpan w:val="2"/>
          </w:tcPr>
          <w:p w14:paraId="660FFA79" w14:textId="77777777" w:rsidR="00AE6A4F" w:rsidRPr="001744D0" w:rsidRDefault="00AE6A4F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</w:tr>
      <w:tr w:rsidR="00AE6A4F" w:rsidRPr="001744D0" w14:paraId="27B02F24" w14:textId="77777777" w:rsidTr="00A71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07E7C1F1" w14:textId="77777777" w:rsidR="00AE6A4F" w:rsidRPr="001744D0" w:rsidRDefault="00AE6A4F">
            <w:pPr>
              <w:spacing w:after="20"/>
              <w:rPr>
                <w:color w:val="646464"/>
                <w:lang w:val="lt-LT"/>
              </w:rPr>
            </w:pPr>
            <w:r w:rsidRPr="001744D0">
              <w:rPr>
                <w:color w:val="646464"/>
                <w:sz w:val="19"/>
                <w:lang w:val="lt-LT"/>
              </w:rPr>
              <w:t>20XX–20XX</w:t>
            </w:r>
          </w:p>
        </w:tc>
        <w:tc>
          <w:tcPr>
            <w:tcW w:w="3452" w:type="dxa"/>
          </w:tcPr>
          <w:p w14:paraId="6107F24C" w14:textId="77777777" w:rsidR="00AE6A4F" w:rsidRPr="001744D0" w:rsidRDefault="00AE6A4F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5436" w:type="dxa"/>
            <w:gridSpan w:val="2"/>
          </w:tcPr>
          <w:p w14:paraId="08E72CD9" w14:textId="77777777" w:rsidR="00AE6A4F" w:rsidRPr="001744D0" w:rsidRDefault="00AE6A4F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</w:tr>
      <w:tr w:rsidR="00AE6A4F" w:rsidRPr="001744D0" w14:paraId="3C40BFCF" w14:textId="77777777" w:rsidTr="00A71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2D0D354C" w14:textId="77777777" w:rsidR="00AE6A4F" w:rsidRPr="001744D0" w:rsidRDefault="00AE6A4F">
            <w:pPr>
              <w:spacing w:after="20"/>
              <w:rPr>
                <w:color w:val="646464"/>
                <w:lang w:val="lt-LT"/>
              </w:rPr>
            </w:pPr>
            <w:r w:rsidRPr="001744D0">
              <w:rPr>
                <w:color w:val="646464"/>
                <w:sz w:val="19"/>
                <w:lang w:val="lt-LT"/>
              </w:rPr>
              <w:t>20XX–20XX</w:t>
            </w:r>
          </w:p>
        </w:tc>
        <w:tc>
          <w:tcPr>
            <w:tcW w:w="3452" w:type="dxa"/>
          </w:tcPr>
          <w:p w14:paraId="6EC26771" w14:textId="77777777" w:rsidR="00AE6A4F" w:rsidRPr="001744D0" w:rsidRDefault="00AE6A4F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5436" w:type="dxa"/>
            <w:gridSpan w:val="2"/>
          </w:tcPr>
          <w:p w14:paraId="33075B27" w14:textId="77777777" w:rsidR="00AE6A4F" w:rsidRPr="001744D0" w:rsidRDefault="00AE6A4F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t-LT"/>
              </w:rPr>
            </w:pPr>
          </w:p>
        </w:tc>
      </w:tr>
      <w:tr w:rsidR="00D11C72" w:rsidRPr="001744D0" w14:paraId="500395F1" w14:textId="77777777" w:rsidTr="00E80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0CD0D6DD" w14:textId="77777777" w:rsidR="00D11C72" w:rsidRPr="001744D0" w:rsidRDefault="00D11C72">
            <w:pPr>
              <w:spacing w:after="20"/>
              <w:rPr>
                <w:color w:val="808080" w:themeColor="background1" w:themeShade="80"/>
                <w:sz w:val="19"/>
                <w:lang w:val="lt-LT"/>
              </w:rPr>
            </w:pPr>
          </w:p>
        </w:tc>
        <w:tc>
          <w:tcPr>
            <w:tcW w:w="4444" w:type="dxa"/>
            <w:gridSpan w:val="2"/>
          </w:tcPr>
          <w:p w14:paraId="42CFA5B7" w14:textId="77777777" w:rsidR="00D11C72" w:rsidRPr="001744D0" w:rsidRDefault="00D11C7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  <w:tc>
          <w:tcPr>
            <w:tcW w:w="4444" w:type="dxa"/>
          </w:tcPr>
          <w:p w14:paraId="3315379F" w14:textId="77777777" w:rsidR="00D11C72" w:rsidRPr="001744D0" w:rsidRDefault="00D11C7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</w:p>
        </w:tc>
      </w:tr>
    </w:tbl>
    <w:p w14:paraId="1B0B3D78" w14:textId="77777777" w:rsidR="00FB699D" w:rsidRPr="001744D0" w:rsidRDefault="00992F79">
      <w:pPr>
        <w:spacing w:after="80"/>
        <w:ind w:left="454"/>
        <w:rPr>
          <w:lang w:val="lt-LT"/>
        </w:rPr>
      </w:pPr>
      <w:r w:rsidRPr="001744D0">
        <w:rPr>
          <w:lang w:val="lt-LT"/>
        </w:rPr>
        <w:br/>
      </w:r>
    </w:p>
    <w:p w14:paraId="6F48F15F" w14:textId="77777777" w:rsidR="00E951D3" w:rsidRPr="001744D0" w:rsidRDefault="00E951D3" w:rsidP="00E951D3">
      <w:pPr>
        <w:rPr>
          <w:lang w:val="lt-LT"/>
        </w:rPr>
      </w:pPr>
    </w:p>
    <w:p w14:paraId="36DBDAB8" w14:textId="77777777" w:rsidR="00E951D3" w:rsidRPr="001744D0" w:rsidRDefault="00E951D3" w:rsidP="00E951D3">
      <w:pPr>
        <w:rPr>
          <w:lang w:val="lt-LT"/>
        </w:rPr>
      </w:pPr>
    </w:p>
    <w:p w14:paraId="7FF5E22F" w14:textId="77777777" w:rsidR="00E951D3" w:rsidRPr="001744D0" w:rsidRDefault="00E951D3" w:rsidP="00E951D3">
      <w:pPr>
        <w:jc w:val="right"/>
        <w:rPr>
          <w:lang w:val="lt-LT"/>
        </w:rPr>
      </w:pPr>
    </w:p>
    <w:sectPr w:rsidR="00E951D3" w:rsidRPr="001744D0" w:rsidSect="00034616">
      <w:footerReference w:type="default" r:id="rId11"/>
      <w:pgSz w:w="12240" w:h="15840"/>
      <w:pgMar w:top="850" w:right="850" w:bottom="850" w:left="1134" w:header="720" w:footer="720" w:gutter="0"/>
      <w:pgBorders w:offsetFrom="page">
        <w:left w:val="single" w:sz="22" w:space="18" w:color="0099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88E18" w14:textId="77777777" w:rsidR="00791C07" w:rsidRDefault="00791C07">
      <w:pPr>
        <w:spacing w:after="0" w:line="240" w:lineRule="auto"/>
      </w:pPr>
      <w:r>
        <w:separator/>
      </w:r>
    </w:p>
  </w:endnote>
  <w:endnote w:type="continuationSeparator" w:id="0">
    <w:p w14:paraId="288BFCFA" w14:textId="77777777" w:rsidR="00791C07" w:rsidRDefault="00791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94143" w14:textId="4211486D" w:rsidR="00F70CC5" w:rsidRPr="00F70CC5" w:rsidRDefault="00F70CC5" w:rsidP="00F70CC5">
    <w:pPr>
      <w:pStyle w:val="Footer"/>
      <w:rPr>
        <w:lang w:val="lt-LT"/>
      </w:rPr>
    </w:pPr>
    <w:r>
      <w:t xml:space="preserve"> </w:t>
    </w:r>
    <w:r w:rsidR="00650071">
      <w:rPr>
        <w:noProof/>
        <w:lang w:val="lt-LT"/>
      </w:rPr>
      <w:drawing>
        <wp:inline distT="0" distB="0" distL="0" distR="0" wp14:anchorId="2C145DE2" wp14:editId="3552FB87">
          <wp:extent cx="676273" cy="312420"/>
          <wp:effectExtent l="0" t="0" r="0" b="0"/>
          <wp:docPr id="10713926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1392660" name="Picture 107139266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3687" cy="320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A4A991" w14:textId="6B89A0E0" w:rsidR="00FB699D" w:rsidRDefault="00FB699D" w:rsidP="00E95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6CF25" w14:textId="77777777" w:rsidR="00791C07" w:rsidRDefault="00791C07">
      <w:pPr>
        <w:spacing w:after="0" w:line="240" w:lineRule="auto"/>
      </w:pPr>
      <w:r>
        <w:separator/>
      </w:r>
    </w:p>
  </w:footnote>
  <w:footnote w:type="continuationSeparator" w:id="0">
    <w:p w14:paraId="77AAB5E5" w14:textId="77777777" w:rsidR="00791C07" w:rsidRDefault="00791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8267916">
    <w:abstractNumId w:val="8"/>
  </w:num>
  <w:num w:numId="2" w16cid:durableId="110445670">
    <w:abstractNumId w:val="6"/>
  </w:num>
  <w:num w:numId="3" w16cid:durableId="1601065834">
    <w:abstractNumId w:val="5"/>
  </w:num>
  <w:num w:numId="4" w16cid:durableId="1403017869">
    <w:abstractNumId w:val="4"/>
  </w:num>
  <w:num w:numId="5" w16cid:durableId="1442913005">
    <w:abstractNumId w:val="7"/>
  </w:num>
  <w:num w:numId="6" w16cid:durableId="2094738083">
    <w:abstractNumId w:val="3"/>
  </w:num>
  <w:num w:numId="7" w16cid:durableId="710617523">
    <w:abstractNumId w:val="2"/>
  </w:num>
  <w:num w:numId="8" w16cid:durableId="1685785153">
    <w:abstractNumId w:val="1"/>
  </w:num>
  <w:num w:numId="9" w16cid:durableId="965045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396"/>
  <w:characterSpacingControl w:val="doNotCompress"/>
  <w:hdrShapeDefaults>
    <o:shapedefaults v:ext="edit" spidmax="2050">
      <o:colormru v:ext="edit" colors="#fffff7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4D9F"/>
    <w:rsid w:val="00034616"/>
    <w:rsid w:val="0004134E"/>
    <w:rsid w:val="0006063C"/>
    <w:rsid w:val="00063CF2"/>
    <w:rsid w:val="00082BB5"/>
    <w:rsid w:val="000A52EC"/>
    <w:rsid w:val="000B129F"/>
    <w:rsid w:val="000B3D34"/>
    <w:rsid w:val="000C09DF"/>
    <w:rsid w:val="000D11BD"/>
    <w:rsid w:val="000E3D9B"/>
    <w:rsid w:val="001242D6"/>
    <w:rsid w:val="001471C3"/>
    <w:rsid w:val="00150630"/>
    <w:rsid w:val="0015074B"/>
    <w:rsid w:val="00160FE4"/>
    <w:rsid w:val="001744D0"/>
    <w:rsid w:val="00180142"/>
    <w:rsid w:val="00184E6E"/>
    <w:rsid w:val="001E5B37"/>
    <w:rsid w:val="0020071C"/>
    <w:rsid w:val="00207E4A"/>
    <w:rsid w:val="00216313"/>
    <w:rsid w:val="0023165F"/>
    <w:rsid w:val="00233963"/>
    <w:rsid w:val="00240707"/>
    <w:rsid w:val="002442C4"/>
    <w:rsid w:val="00250BB3"/>
    <w:rsid w:val="00286AF8"/>
    <w:rsid w:val="002912E5"/>
    <w:rsid w:val="002920D7"/>
    <w:rsid w:val="0029639D"/>
    <w:rsid w:val="00296F5E"/>
    <w:rsid w:val="002A3054"/>
    <w:rsid w:val="002C4760"/>
    <w:rsid w:val="002C687A"/>
    <w:rsid w:val="002D1551"/>
    <w:rsid w:val="002D37D6"/>
    <w:rsid w:val="002E5DD6"/>
    <w:rsid w:val="00326F90"/>
    <w:rsid w:val="00336BB9"/>
    <w:rsid w:val="003410D5"/>
    <w:rsid w:val="003449C5"/>
    <w:rsid w:val="0036017F"/>
    <w:rsid w:val="0036396C"/>
    <w:rsid w:val="003874BD"/>
    <w:rsid w:val="003911BD"/>
    <w:rsid w:val="003C201A"/>
    <w:rsid w:val="003E1B4D"/>
    <w:rsid w:val="003E5E14"/>
    <w:rsid w:val="003F7FA0"/>
    <w:rsid w:val="00406EF9"/>
    <w:rsid w:val="00407EF9"/>
    <w:rsid w:val="00410890"/>
    <w:rsid w:val="00431553"/>
    <w:rsid w:val="0043559D"/>
    <w:rsid w:val="0044609D"/>
    <w:rsid w:val="004A218F"/>
    <w:rsid w:val="004A799E"/>
    <w:rsid w:val="004B1A7E"/>
    <w:rsid w:val="004C1842"/>
    <w:rsid w:val="004C5AB4"/>
    <w:rsid w:val="004D2525"/>
    <w:rsid w:val="004D4B5F"/>
    <w:rsid w:val="004F398B"/>
    <w:rsid w:val="004F4CE1"/>
    <w:rsid w:val="0054113F"/>
    <w:rsid w:val="0054449E"/>
    <w:rsid w:val="00553CF5"/>
    <w:rsid w:val="00555981"/>
    <w:rsid w:val="0056115E"/>
    <w:rsid w:val="0056739C"/>
    <w:rsid w:val="005D4927"/>
    <w:rsid w:val="006203CE"/>
    <w:rsid w:val="00627AB0"/>
    <w:rsid w:val="00650071"/>
    <w:rsid w:val="00671D0A"/>
    <w:rsid w:val="006C6071"/>
    <w:rsid w:val="006E5C4F"/>
    <w:rsid w:val="00701FAB"/>
    <w:rsid w:val="007134E3"/>
    <w:rsid w:val="0076723F"/>
    <w:rsid w:val="00770576"/>
    <w:rsid w:val="007755BA"/>
    <w:rsid w:val="00783BDD"/>
    <w:rsid w:val="00786BB9"/>
    <w:rsid w:val="00791C07"/>
    <w:rsid w:val="00797A7D"/>
    <w:rsid w:val="007A4F61"/>
    <w:rsid w:val="007B5255"/>
    <w:rsid w:val="007C70E0"/>
    <w:rsid w:val="007E2E17"/>
    <w:rsid w:val="007F178A"/>
    <w:rsid w:val="007F7814"/>
    <w:rsid w:val="008114A8"/>
    <w:rsid w:val="00813A57"/>
    <w:rsid w:val="00837117"/>
    <w:rsid w:val="0084741D"/>
    <w:rsid w:val="00867D0C"/>
    <w:rsid w:val="00872D25"/>
    <w:rsid w:val="00876779"/>
    <w:rsid w:val="008802E2"/>
    <w:rsid w:val="00883508"/>
    <w:rsid w:val="00892935"/>
    <w:rsid w:val="00896132"/>
    <w:rsid w:val="00897FD1"/>
    <w:rsid w:val="008B25D6"/>
    <w:rsid w:val="008B4B1C"/>
    <w:rsid w:val="008C04EE"/>
    <w:rsid w:val="008D2F33"/>
    <w:rsid w:val="008E135C"/>
    <w:rsid w:val="008E7F30"/>
    <w:rsid w:val="008F655D"/>
    <w:rsid w:val="008F6F5C"/>
    <w:rsid w:val="00905DF2"/>
    <w:rsid w:val="009344AD"/>
    <w:rsid w:val="009403F7"/>
    <w:rsid w:val="00961B2A"/>
    <w:rsid w:val="00992F79"/>
    <w:rsid w:val="00993093"/>
    <w:rsid w:val="009B0BBB"/>
    <w:rsid w:val="009B0DF6"/>
    <w:rsid w:val="009B6B36"/>
    <w:rsid w:val="009E1686"/>
    <w:rsid w:val="009E656A"/>
    <w:rsid w:val="009F11E1"/>
    <w:rsid w:val="009F69FA"/>
    <w:rsid w:val="00A715D6"/>
    <w:rsid w:val="00A72FA0"/>
    <w:rsid w:val="00AA0A08"/>
    <w:rsid w:val="00AA1D8D"/>
    <w:rsid w:val="00AA3F25"/>
    <w:rsid w:val="00AB0D30"/>
    <w:rsid w:val="00AB139E"/>
    <w:rsid w:val="00AD1636"/>
    <w:rsid w:val="00AE213D"/>
    <w:rsid w:val="00AE3E92"/>
    <w:rsid w:val="00AE6A4F"/>
    <w:rsid w:val="00B16ED3"/>
    <w:rsid w:val="00B23A24"/>
    <w:rsid w:val="00B34491"/>
    <w:rsid w:val="00B47730"/>
    <w:rsid w:val="00B646C3"/>
    <w:rsid w:val="00B7526D"/>
    <w:rsid w:val="00BD732A"/>
    <w:rsid w:val="00BF39BB"/>
    <w:rsid w:val="00C12166"/>
    <w:rsid w:val="00C170D5"/>
    <w:rsid w:val="00C61C4D"/>
    <w:rsid w:val="00C62128"/>
    <w:rsid w:val="00C77CB0"/>
    <w:rsid w:val="00C85DB5"/>
    <w:rsid w:val="00C876F2"/>
    <w:rsid w:val="00C9478A"/>
    <w:rsid w:val="00CB0664"/>
    <w:rsid w:val="00CC3883"/>
    <w:rsid w:val="00CE6A8B"/>
    <w:rsid w:val="00D015B4"/>
    <w:rsid w:val="00D11C72"/>
    <w:rsid w:val="00D64FEF"/>
    <w:rsid w:val="00D850C8"/>
    <w:rsid w:val="00D85A2A"/>
    <w:rsid w:val="00DA0E09"/>
    <w:rsid w:val="00DA68C6"/>
    <w:rsid w:val="00DB229E"/>
    <w:rsid w:val="00DC208A"/>
    <w:rsid w:val="00DE115C"/>
    <w:rsid w:val="00DE76DF"/>
    <w:rsid w:val="00DF3BD8"/>
    <w:rsid w:val="00E37446"/>
    <w:rsid w:val="00E47FF1"/>
    <w:rsid w:val="00E80302"/>
    <w:rsid w:val="00E84341"/>
    <w:rsid w:val="00E951D3"/>
    <w:rsid w:val="00EA3B2A"/>
    <w:rsid w:val="00EA5393"/>
    <w:rsid w:val="00F0600E"/>
    <w:rsid w:val="00F17F91"/>
    <w:rsid w:val="00F3582B"/>
    <w:rsid w:val="00F44488"/>
    <w:rsid w:val="00F46CA7"/>
    <w:rsid w:val="00F70CC5"/>
    <w:rsid w:val="00F83B3B"/>
    <w:rsid w:val="00FA4955"/>
    <w:rsid w:val="00FB699D"/>
    <w:rsid w:val="00FC5A2F"/>
    <w:rsid w:val="00FC693F"/>
    <w:rsid w:val="00FE5E17"/>
    <w:rsid w:val="00FF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fffff7"/>
    </o:shapedefaults>
    <o:shapelayout v:ext="edit">
      <o:idmap v:ext="edit" data="2"/>
    </o:shapelayout>
  </w:shapeDefaults>
  <w:decimalSymbol w:val=","/>
  <w:listSeparator w:val=";"/>
  <w14:docId w14:val="0970AC82"/>
  <w14:defaultImageDpi w14:val="300"/>
  <w15:docId w15:val="{CA242C65-1483-450E-A4D6-9521D78D3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PlainTable2">
    <w:name w:val="Plain Table 2"/>
    <w:basedOn w:val="TableNormal"/>
    <w:uiPriority w:val="99"/>
    <w:rsid w:val="00063CF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99"/>
    <w:rsid w:val="007134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99"/>
    <w:rsid w:val="00D850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F70CC5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911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11B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11BD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1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1BD"/>
    <w:rPr>
      <w:rFonts w:ascii="Calibri" w:hAnsi="Calibri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84741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customStyle="1" w:styleId="BodyTextIndentChar">
    <w:name w:val="Body Text Indent Char"/>
    <w:basedOn w:val="DefaultParagraphFont"/>
    <w:link w:val="BodyTextIndent"/>
    <w:rsid w:val="0084741D"/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00A6B28DC92A4C4D8B91049AB8DC4939" ma:contentTypeVersion="18" ma:contentTypeDescription="Kurkite naują dokumentą." ma:contentTypeScope="" ma:versionID="7cfc82502a5ecedd5cf433b72e3f5788">
  <xsd:schema xmlns:xsd="http://www.w3.org/2001/XMLSchema" xmlns:xs="http://www.w3.org/2001/XMLSchema" xmlns:p="http://schemas.microsoft.com/office/2006/metadata/properties" xmlns:ns2="5939bd16-3791-44ef-8104-03b6f98bd056" xmlns:ns3="41a24112-7945-4c1c-9b7f-ad47ff7317a9" targetNamespace="http://schemas.microsoft.com/office/2006/metadata/properties" ma:root="true" ma:fieldsID="e41669187d937ff61d80de2f9ba35277" ns2:_="" ns3:_="">
    <xsd:import namespace="5939bd16-3791-44ef-8104-03b6f98bd056"/>
    <xsd:import namespace="41a24112-7945-4c1c-9b7f-ad47ff7317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9bd16-3791-44ef-8104-03b6f98bd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Vaizdų žymės" ma:readOnly="false" ma:fieldId="{5cf76f15-5ced-4ddc-b409-7134ff3c332f}" ma:taxonomyMulti="true" ma:sspId="cba263c8-4ed9-4ac4-8b05-bf1c9b587b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24112-7945-4c1c-9b7f-ad47ff7317a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81c5ba7-8fb2-4747-ae97-0530b7f9eb8d}" ma:internalName="TaxCatchAll" ma:showField="CatchAllData" ma:web="41a24112-7945-4c1c-9b7f-ad47ff7317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39bd16-3791-44ef-8104-03b6f98bd056">
      <Terms xmlns="http://schemas.microsoft.com/office/infopath/2007/PartnerControls"/>
    </lcf76f155ced4ddcb4097134ff3c332f>
    <TaxCatchAll xmlns="41a24112-7945-4c1c-9b7f-ad47ff7317a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8029C47-4D1E-4C00-A352-00C91D4C7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39bd16-3791-44ef-8104-03b6f98bd056"/>
    <ds:schemaRef ds:uri="41a24112-7945-4c1c-9b7f-ad47ff7317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8588E5-5811-42AD-99BE-193B72E414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86B47E-589E-4420-9DC0-55D879E4FFE5}">
  <ds:schemaRefs>
    <ds:schemaRef ds:uri="http://schemas.microsoft.com/office/2006/metadata/properties"/>
    <ds:schemaRef ds:uri="http://schemas.microsoft.com/office/infopath/2007/PartnerControls"/>
    <ds:schemaRef ds:uri="5939bd16-3791-44ef-8104-03b6f98bd056"/>
    <ds:schemaRef ds:uri="41a24112-7945-4c1c-9b7f-ad47ff7317a9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1329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Julija Sabataitytė | Lietuvos mokslo taryba</cp:lastModifiedBy>
  <cp:revision>3</cp:revision>
  <dcterms:created xsi:type="dcterms:W3CDTF">2026-03-25T12:37:00Z</dcterms:created>
  <dcterms:modified xsi:type="dcterms:W3CDTF">2026-03-25T12:37:00Z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0x01010000A6B28DC92A4C4D8B91049AB8DC4939</vt:lpwstr>
  </property>
  <property fmtid="{D5CDD505-2E9C-101B-9397-08002B2CF9AE}" pid="3" name="MediaServiceImageTags">
    <vt:lpwstr/>
  </property>
</Properties>
</file>