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158A" w14:textId="77777777" w:rsidR="0078725E" w:rsidRPr="00DA325E" w:rsidRDefault="0078725E" w:rsidP="00737EBA">
      <w:pPr>
        <w:spacing w:after="0" w:line="276" w:lineRule="auto"/>
        <w:ind w:left="5850"/>
        <w:rPr>
          <w:rFonts w:cs="Times New Roman"/>
          <w:bCs/>
          <w:color w:val="000000" w:themeColor="text1"/>
          <w:lang w:val="lt-LT"/>
        </w:rPr>
      </w:pPr>
    </w:p>
    <w:p w14:paraId="260F66B6" w14:textId="25631FDF" w:rsidR="0078725E" w:rsidRPr="00DA325E" w:rsidRDefault="0078725E" w:rsidP="00737EBA">
      <w:pPr>
        <w:spacing w:after="0" w:line="276" w:lineRule="auto"/>
        <w:ind w:left="5850"/>
        <w:rPr>
          <w:rFonts w:cs="Times New Roman"/>
          <w:bCs/>
          <w:color w:val="000000" w:themeColor="text1"/>
          <w:lang w:val="lt-LT"/>
        </w:rPr>
      </w:pPr>
    </w:p>
    <w:p w14:paraId="7CE9C339" w14:textId="77777777" w:rsidR="00FA4925" w:rsidRPr="00DA325E" w:rsidRDefault="00FA4925" w:rsidP="00FA4925">
      <w:pPr>
        <w:pStyle w:val="Header"/>
        <w:tabs>
          <w:tab w:val="left" w:pos="993"/>
        </w:tabs>
        <w:rPr>
          <w:color w:val="000000" w:themeColor="text1"/>
          <w:szCs w:val="24"/>
          <w:lang w:val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55"/>
      </w:tblGrid>
      <w:tr w:rsidR="00FA4925" w:rsidRPr="00DA325E" w14:paraId="3CB3B943" w14:textId="77777777" w:rsidTr="00C11AF6">
        <w:tc>
          <w:tcPr>
            <w:tcW w:w="9855" w:type="dxa"/>
          </w:tcPr>
          <w:p w14:paraId="2EF354A6" w14:textId="77777777" w:rsidR="00FA4925" w:rsidRPr="00DA325E" w:rsidRDefault="00FA4925" w:rsidP="00C11AF6">
            <w:pPr>
              <w:pStyle w:val="Header"/>
              <w:tabs>
                <w:tab w:val="left" w:pos="993"/>
              </w:tabs>
              <w:jc w:val="center"/>
              <w:rPr>
                <w:color w:val="000000" w:themeColor="text1"/>
                <w:szCs w:val="24"/>
                <w:lang w:val="lt-LT"/>
              </w:rPr>
            </w:pPr>
            <w:r w:rsidRPr="00DA325E">
              <w:rPr>
                <w:noProof/>
                <w:color w:val="000000" w:themeColor="text1"/>
                <w:szCs w:val="24"/>
                <w:lang w:val="lt-LT"/>
              </w:rPr>
              <w:drawing>
                <wp:inline distT="0" distB="0" distL="0" distR="0" wp14:anchorId="7777AB23" wp14:editId="44ED4C9C">
                  <wp:extent cx="541088" cy="550417"/>
                  <wp:effectExtent l="0" t="0" r="5080" b="0"/>
                  <wp:docPr id="1632060530" name="Picture 1632060530" descr="A black and white drawing of a knight on a hor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060530" name="Picture 1632060530" descr="A black and white drawing of a knight on a hors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976" cy="556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33035" w14:textId="77777777" w:rsidR="00FA4925" w:rsidRPr="00DA325E" w:rsidRDefault="00FA4925" w:rsidP="00C11AF6">
            <w:pPr>
              <w:pStyle w:val="Header"/>
              <w:tabs>
                <w:tab w:val="left" w:pos="993"/>
              </w:tabs>
              <w:jc w:val="center"/>
              <w:rPr>
                <w:color w:val="000000" w:themeColor="text1"/>
                <w:szCs w:val="24"/>
                <w:lang w:val="lt-LT"/>
              </w:rPr>
            </w:pPr>
          </w:p>
          <w:p w14:paraId="3D5D3B2B" w14:textId="77777777" w:rsidR="00FA4925" w:rsidRPr="00DA325E" w:rsidRDefault="00FA4925" w:rsidP="00C11AF6">
            <w:pPr>
              <w:pStyle w:val="Header"/>
              <w:tabs>
                <w:tab w:val="left" w:pos="993"/>
              </w:tabs>
              <w:jc w:val="center"/>
              <w:rPr>
                <w:b/>
                <w:bCs/>
                <w:color w:val="000000" w:themeColor="text1"/>
                <w:szCs w:val="24"/>
                <w:lang w:val="lt-LT"/>
              </w:rPr>
            </w:pPr>
            <w:r w:rsidRPr="00DA325E">
              <w:rPr>
                <w:b/>
                <w:bCs/>
                <w:color w:val="000000" w:themeColor="text1"/>
                <w:szCs w:val="24"/>
                <w:lang w:val="lt-LT"/>
              </w:rPr>
              <w:t>LIETUVOS MOKSLO TARYBOS PIRMININKAS</w:t>
            </w:r>
          </w:p>
        </w:tc>
      </w:tr>
    </w:tbl>
    <w:p w14:paraId="55D7149B" w14:textId="77777777" w:rsidR="00FA4925" w:rsidRPr="00DA325E" w:rsidRDefault="00FA4925" w:rsidP="00FA4925">
      <w:pPr>
        <w:pStyle w:val="Header"/>
        <w:tabs>
          <w:tab w:val="left" w:pos="993"/>
        </w:tabs>
        <w:jc w:val="center"/>
        <w:rPr>
          <w:b/>
          <w:color w:val="000000" w:themeColor="text1"/>
          <w:szCs w:val="24"/>
          <w:lang w:val="lt-LT"/>
        </w:rPr>
      </w:pPr>
    </w:p>
    <w:p w14:paraId="373E7346" w14:textId="77777777" w:rsidR="00FA4925" w:rsidRPr="00DA325E" w:rsidRDefault="00FA4925" w:rsidP="00FA4925">
      <w:pPr>
        <w:pStyle w:val="Header"/>
        <w:tabs>
          <w:tab w:val="left" w:pos="993"/>
        </w:tabs>
        <w:jc w:val="center"/>
        <w:rPr>
          <w:b/>
          <w:color w:val="000000" w:themeColor="text1"/>
          <w:szCs w:val="24"/>
          <w:lang w:val="lt-LT"/>
        </w:rPr>
      </w:pPr>
    </w:p>
    <w:p w14:paraId="71D90CA8" w14:textId="77777777" w:rsidR="00FA4925" w:rsidRPr="00DA325E" w:rsidRDefault="00FA4925" w:rsidP="00FA4925">
      <w:pPr>
        <w:pStyle w:val="Header"/>
        <w:jc w:val="center"/>
        <w:rPr>
          <w:b/>
          <w:color w:val="000000" w:themeColor="text1"/>
          <w:szCs w:val="24"/>
          <w:lang w:val="lt-LT"/>
        </w:rPr>
      </w:pPr>
      <w:r w:rsidRPr="00DA325E">
        <w:rPr>
          <w:b/>
          <w:color w:val="000000" w:themeColor="text1"/>
          <w:szCs w:val="24"/>
          <w:lang w:val="lt-LT"/>
        </w:rPr>
        <w:t>ĮSAKYMAS</w:t>
      </w:r>
    </w:p>
    <w:p w14:paraId="33E7CDF4" w14:textId="77777777" w:rsidR="00604973" w:rsidRPr="00DA325E" w:rsidRDefault="00604973" w:rsidP="00FA4925">
      <w:pPr>
        <w:pStyle w:val="Header"/>
        <w:jc w:val="center"/>
        <w:rPr>
          <w:b/>
          <w:color w:val="000000" w:themeColor="text1"/>
          <w:szCs w:val="24"/>
          <w:lang w:val="lt-LT"/>
        </w:rPr>
      </w:pPr>
    </w:p>
    <w:p w14:paraId="72717B64" w14:textId="0695B90C" w:rsidR="00D52DF7" w:rsidRPr="00DA325E" w:rsidRDefault="00D52DF7" w:rsidP="00D52DF7">
      <w:pPr>
        <w:spacing w:after="0" w:line="276" w:lineRule="auto"/>
        <w:ind w:firstLine="540"/>
        <w:jc w:val="center"/>
        <w:rPr>
          <w:rFonts w:cs="Times New Roman"/>
          <w:b/>
          <w:bCs/>
          <w:color w:val="000000" w:themeColor="text1"/>
          <w:lang w:val="lt-LT"/>
        </w:rPr>
      </w:pPr>
      <w:r w:rsidRPr="00DA325E">
        <w:rPr>
          <w:rFonts w:cs="Times New Roman"/>
          <w:b/>
          <w:bCs/>
          <w:color w:val="000000" w:themeColor="text1"/>
          <w:lang w:val="lt-LT"/>
        </w:rPr>
        <w:t>DĖL LIETUVOS DIASPOROS TYRĖJŲ KONTAKTŲ SĄRAŠO SUDARYMO IR</w:t>
      </w:r>
      <w:r w:rsidRPr="00DA325E">
        <w:rPr>
          <w:color w:val="000000" w:themeColor="text1"/>
          <w:lang w:val="lt-LT"/>
        </w:rPr>
        <w:br/>
      </w:r>
      <w:r w:rsidRPr="00DA325E">
        <w:rPr>
          <w:rFonts w:cs="Times New Roman"/>
          <w:b/>
          <w:bCs/>
          <w:color w:val="000000" w:themeColor="text1"/>
          <w:lang w:val="lt-LT"/>
        </w:rPr>
        <w:t>ADMINISTRAVIMO LIETUVOS MOKSLO TARYBOJE</w:t>
      </w:r>
      <w:r w:rsidRPr="00DA325E">
        <w:rPr>
          <w:color w:val="000000" w:themeColor="text1"/>
          <w:lang w:val="lt-LT"/>
        </w:rPr>
        <w:br/>
      </w:r>
      <w:r w:rsidRPr="00DA325E">
        <w:rPr>
          <w:rFonts w:cs="Times New Roman"/>
          <w:b/>
          <w:bCs/>
          <w:color w:val="000000" w:themeColor="text1"/>
          <w:lang w:val="lt-LT"/>
        </w:rPr>
        <w:t>TVARKOS APRAŠO</w:t>
      </w:r>
      <w:r w:rsidR="004A5700" w:rsidRPr="00DA325E">
        <w:rPr>
          <w:rFonts w:cs="Times New Roman"/>
          <w:b/>
          <w:bCs/>
          <w:color w:val="000000" w:themeColor="text1"/>
          <w:lang w:val="lt-LT"/>
        </w:rPr>
        <w:t xml:space="preserve"> PATVIRTINIMO</w:t>
      </w:r>
    </w:p>
    <w:p w14:paraId="387E0DD2" w14:textId="77777777" w:rsidR="00FA4925" w:rsidRPr="00DA325E" w:rsidRDefault="00FA4925" w:rsidP="00FA4925">
      <w:pPr>
        <w:pStyle w:val="Header"/>
        <w:tabs>
          <w:tab w:val="left" w:pos="993"/>
        </w:tabs>
        <w:jc w:val="center"/>
        <w:rPr>
          <w:b/>
          <w:color w:val="000000" w:themeColor="text1"/>
          <w:szCs w:val="24"/>
          <w:lang w:val="lt-LT"/>
        </w:rPr>
      </w:pPr>
    </w:p>
    <w:p w14:paraId="56E4FB2B" w14:textId="2E85A5A7" w:rsidR="00FA4925" w:rsidRPr="00DA325E" w:rsidRDefault="00FA4925" w:rsidP="00FA4925">
      <w:pPr>
        <w:pStyle w:val="Header"/>
        <w:tabs>
          <w:tab w:val="left" w:pos="993"/>
        </w:tabs>
        <w:jc w:val="center"/>
        <w:rPr>
          <w:bCs/>
          <w:color w:val="000000" w:themeColor="text1"/>
          <w:szCs w:val="24"/>
          <w:lang w:val="lt-LT"/>
        </w:rPr>
      </w:pPr>
      <w:r w:rsidRPr="00DA325E">
        <w:rPr>
          <w:bCs/>
          <w:color w:val="000000" w:themeColor="text1"/>
          <w:szCs w:val="24"/>
          <w:lang w:val="lt-LT"/>
        </w:rPr>
        <w:t>202</w:t>
      </w:r>
      <w:r w:rsidR="001027A3" w:rsidRPr="00DA325E">
        <w:rPr>
          <w:bCs/>
          <w:color w:val="000000" w:themeColor="text1"/>
          <w:szCs w:val="24"/>
          <w:lang w:val="lt-LT"/>
        </w:rPr>
        <w:t>6</w:t>
      </w:r>
      <w:r w:rsidRPr="00DA325E">
        <w:rPr>
          <w:bCs/>
          <w:color w:val="000000" w:themeColor="text1"/>
          <w:szCs w:val="24"/>
          <w:lang w:val="lt-LT"/>
        </w:rPr>
        <w:t xml:space="preserve"> m.                    d. Nr.</w:t>
      </w:r>
      <w:r w:rsidR="00E34018" w:rsidRPr="00DA325E">
        <w:rPr>
          <w:bCs/>
          <w:color w:val="000000" w:themeColor="text1"/>
          <w:szCs w:val="24"/>
          <w:lang w:val="lt-LT"/>
        </w:rPr>
        <w:t xml:space="preserve"> V-</w:t>
      </w:r>
    </w:p>
    <w:p w14:paraId="29847E35" w14:textId="77777777" w:rsidR="00FA4925" w:rsidRPr="00DA325E" w:rsidRDefault="00FA4925" w:rsidP="00FA4925">
      <w:pPr>
        <w:pStyle w:val="Header"/>
        <w:tabs>
          <w:tab w:val="left" w:pos="993"/>
        </w:tabs>
        <w:jc w:val="center"/>
        <w:rPr>
          <w:bCs/>
          <w:color w:val="000000" w:themeColor="text1"/>
          <w:szCs w:val="24"/>
          <w:lang w:val="lt-LT"/>
        </w:rPr>
      </w:pPr>
      <w:r w:rsidRPr="00DA325E">
        <w:rPr>
          <w:bCs/>
          <w:color w:val="000000" w:themeColor="text1"/>
          <w:szCs w:val="24"/>
          <w:lang w:val="lt-LT"/>
        </w:rPr>
        <w:t>Vilnius</w:t>
      </w:r>
    </w:p>
    <w:p w14:paraId="5AEA8C12" w14:textId="77777777" w:rsidR="00FA4925" w:rsidRPr="00DA325E" w:rsidRDefault="00FA4925" w:rsidP="00FA4925">
      <w:pPr>
        <w:pStyle w:val="Header"/>
        <w:tabs>
          <w:tab w:val="left" w:pos="993"/>
        </w:tabs>
        <w:rPr>
          <w:b/>
          <w:bCs/>
          <w:color w:val="000000" w:themeColor="text1"/>
          <w:szCs w:val="24"/>
          <w:lang w:val="lt-LT"/>
        </w:rPr>
      </w:pPr>
    </w:p>
    <w:p w14:paraId="730C800D" w14:textId="77777777" w:rsidR="00FA4925" w:rsidRPr="00DA325E" w:rsidRDefault="00FA4925" w:rsidP="00FA4925">
      <w:pPr>
        <w:pStyle w:val="Header"/>
        <w:tabs>
          <w:tab w:val="left" w:pos="993"/>
        </w:tabs>
        <w:jc w:val="both"/>
        <w:rPr>
          <w:rFonts w:cs="Times New Roman"/>
          <w:b/>
          <w:bCs/>
          <w:color w:val="000000" w:themeColor="text1"/>
          <w:szCs w:val="24"/>
          <w:lang w:val="lt-LT"/>
        </w:rPr>
      </w:pPr>
    </w:p>
    <w:p w14:paraId="41997A0B" w14:textId="3E13170C" w:rsidR="00FA4925" w:rsidRPr="00DA325E" w:rsidRDefault="00EC7EB8" w:rsidP="00C3349F">
      <w:pPr>
        <w:spacing w:after="0" w:line="240" w:lineRule="auto"/>
        <w:ind w:firstLine="567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Įvertinęs </w:t>
      </w:r>
      <w:r w:rsidR="0090222B" w:rsidRPr="00DA325E">
        <w:rPr>
          <w:rFonts w:cs="Times New Roman"/>
          <w:color w:val="000000" w:themeColor="text1"/>
          <w:lang w:val="lt-LT"/>
        </w:rPr>
        <w:t xml:space="preserve">Lietuvos Respublikos </w:t>
      </w:r>
      <w:r w:rsidR="001B22BD">
        <w:rPr>
          <w:rFonts w:cs="Times New Roman"/>
          <w:color w:val="000000" w:themeColor="text1"/>
          <w:lang w:val="lt-LT"/>
        </w:rPr>
        <w:t>u</w:t>
      </w:r>
      <w:r w:rsidR="0090222B" w:rsidRPr="00DA325E">
        <w:rPr>
          <w:rFonts w:cs="Times New Roman"/>
          <w:color w:val="000000" w:themeColor="text1"/>
          <w:lang w:val="lt-LT"/>
        </w:rPr>
        <w:t>žsienio reikalų ministerijos 2026</w:t>
      </w:r>
      <w:r w:rsidR="00C144B8" w:rsidRPr="00DA325E">
        <w:rPr>
          <w:rFonts w:cs="Times New Roman"/>
          <w:color w:val="000000" w:themeColor="text1"/>
          <w:lang w:val="lt-LT"/>
        </w:rPr>
        <w:t xml:space="preserve"> m. </w:t>
      </w:r>
      <w:r w:rsidR="00C507C6" w:rsidRPr="00DA325E">
        <w:rPr>
          <w:rFonts w:cs="Times New Roman"/>
          <w:color w:val="000000" w:themeColor="text1"/>
          <w:lang w:val="lt-LT"/>
        </w:rPr>
        <w:t>kovo 6 d.</w:t>
      </w:r>
      <w:r w:rsidR="00340808" w:rsidRPr="00DA325E">
        <w:rPr>
          <w:rFonts w:ascii="Arial" w:hAnsi="Arial" w:cs="Arial"/>
          <w:b/>
          <w:bCs/>
          <w:color w:val="555555"/>
          <w:sz w:val="17"/>
          <w:szCs w:val="17"/>
          <w:lang w:val="lt-LT"/>
        </w:rPr>
        <w:t xml:space="preserve"> </w:t>
      </w:r>
      <w:r w:rsidR="00C144B8" w:rsidRPr="00DA325E">
        <w:rPr>
          <w:rFonts w:cs="Times New Roman"/>
          <w:color w:val="000000" w:themeColor="text1"/>
          <w:lang w:val="lt-LT"/>
        </w:rPr>
        <w:t xml:space="preserve">raštu Nr. (26.1.2E)3-1371 </w:t>
      </w:r>
      <w:r w:rsidR="00A67B41" w:rsidRPr="00DA325E">
        <w:rPr>
          <w:rFonts w:cs="Times New Roman"/>
          <w:color w:val="000000" w:themeColor="text1"/>
          <w:lang w:val="lt-LT"/>
        </w:rPr>
        <w:t>„Dėl bendradarbiavimo su diaspora mokslo diplomatijos srityje“</w:t>
      </w:r>
      <w:r w:rsidR="00654E82" w:rsidRPr="00DA325E">
        <w:rPr>
          <w:rFonts w:cs="Times New Roman"/>
          <w:color w:val="000000" w:themeColor="text1"/>
          <w:lang w:val="lt-LT"/>
        </w:rPr>
        <w:t xml:space="preserve"> pateiktą </w:t>
      </w:r>
      <w:r w:rsidR="00431388" w:rsidRPr="00DA325E">
        <w:rPr>
          <w:rFonts w:cs="Times New Roman"/>
          <w:color w:val="000000" w:themeColor="text1"/>
          <w:lang w:val="lt-LT"/>
        </w:rPr>
        <w:t>prašymą apsvarstyti galimybę</w:t>
      </w:r>
      <w:r w:rsidR="00794865" w:rsidRPr="00DA325E">
        <w:rPr>
          <w:rFonts w:cs="Times New Roman"/>
          <w:color w:val="000000" w:themeColor="text1"/>
          <w:lang w:val="lt-LT"/>
        </w:rPr>
        <w:t>, pasitelkiant esamas kompetencijas ir administracinius mechanizmus</w:t>
      </w:r>
      <w:r w:rsidR="00C17770" w:rsidRPr="00DA325E">
        <w:rPr>
          <w:rFonts w:cs="Times New Roman"/>
          <w:color w:val="000000" w:themeColor="text1"/>
          <w:lang w:val="lt-LT"/>
        </w:rPr>
        <w:t xml:space="preserve">, prisidėti </w:t>
      </w:r>
      <w:r w:rsidR="001528D5" w:rsidRPr="00DA325E">
        <w:rPr>
          <w:rFonts w:cs="Times New Roman"/>
          <w:color w:val="000000" w:themeColor="text1"/>
          <w:lang w:val="lt-LT"/>
        </w:rPr>
        <w:t xml:space="preserve">prie Strateginių gairių įgyvendinimo </w:t>
      </w:r>
      <w:r w:rsidR="00C507C6" w:rsidRPr="00DA325E">
        <w:rPr>
          <w:rFonts w:cs="Times New Roman"/>
          <w:color w:val="000000" w:themeColor="text1"/>
          <w:lang w:val="lt-LT"/>
        </w:rPr>
        <w:t>sukuriant ir administruojant Lietuvos diasporos mokslininkų kontaktų sąrašą</w:t>
      </w:r>
      <w:r w:rsidR="00223683" w:rsidRPr="00DA325E">
        <w:rPr>
          <w:rFonts w:cs="Times New Roman"/>
          <w:color w:val="000000" w:themeColor="text1"/>
          <w:lang w:val="lt-LT"/>
        </w:rPr>
        <w:t>:</w:t>
      </w:r>
      <w:r w:rsidR="00FA4925" w:rsidRPr="00DA325E">
        <w:rPr>
          <w:rFonts w:cs="Times New Roman"/>
          <w:color w:val="000000" w:themeColor="text1"/>
          <w:lang w:val="lt-LT"/>
        </w:rPr>
        <w:t xml:space="preserve"> </w:t>
      </w:r>
    </w:p>
    <w:p w14:paraId="1131A45F" w14:textId="0A36A21E" w:rsidR="00E57B81" w:rsidRPr="00DA325E" w:rsidRDefault="00C3349F" w:rsidP="00C3349F">
      <w:pPr>
        <w:spacing w:after="0" w:line="240" w:lineRule="auto"/>
        <w:ind w:firstLine="567"/>
        <w:jc w:val="both"/>
        <w:rPr>
          <w:color w:val="000000" w:themeColor="text1"/>
          <w:szCs w:val="24"/>
          <w:lang w:val="lt-LT"/>
        </w:rPr>
      </w:pPr>
      <w:r>
        <w:rPr>
          <w:rFonts w:cs="Times New Roman"/>
          <w:color w:val="000000" w:themeColor="text1"/>
          <w:lang w:val="lt-LT"/>
        </w:rPr>
        <w:t>1. </w:t>
      </w:r>
      <w:r w:rsidR="00FA4925" w:rsidRPr="00DA325E">
        <w:rPr>
          <w:rFonts w:cs="Times New Roman"/>
          <w:color w:val="000000" w:themeColor="text1"/>
          <w:lang w:val="lt-LT"/>
        </w:rPr>
        <w:t xml:space="preserve">T v i r t i n u </w:t>
      </w:r>
      <w:r w:rsidR="00A80A30" w:rsidRPr="00DA325E">
        <w:rPr>
          <w:rFonts w:cs="Times New Roman"/>
          <w:color w:val="000000" w:themeColor="text1"/>
          <w:lang w:val="lt-LT"/>
        </w:rPr>
        <w:t xml:space="preserve"> Lietuvos diasporos tyrėjų kontaktų sąrašo sudarymo ir administravimo Lietuvos mokslo taryboje</w:t>
      </w:r>
      <w:r w:rsidR="00A80A30" w:rsidRPr="00DA325E">
        <w:rPr>
          <w:color w:val="000000" w:themeColor="text1"/>
          <w:lang w:val="lt-LT"/>
        </w:rPr>
        <w:t xml:space="preserve"> tvarkos </w:t>
      </w:r>
      <w:r w:rsidR="00FA4925" w:rsidRPr="00DA325E">
        <w:rPr>
          <w:color w:val="000000" w:themeColor="text1"/>
          <w:szCs w:val="24"/>
          <w:lang w:val="lt-LT"/>
        </w:rPr>
        <w:t>aprašą (pridedama)</w:t>
      </w:r>
      <w:r w:rsidR="009F2CCD" w:rsidRPr="00DA325E">
        <w:rPr>
          <w:color w:val="000000" w:themeColor="text1"/>
          <w:szCs w:val="24"/>
          <w:lang w:val="lt-LT"/>
        </w:rPr>
        <w:t>.</w:t>
      </w:r>
    </w:p>
    <w:p w14:paraId="6D4A89F4" w14:textId="03DB69C3" w:rsidR="00FA4925" w:rsidRPr="00DA325E" w:rsidRDefault="00C3349F" w:rsidP="00C3349F">
      <w:pPr>
        <w:pStyle w:val="Header"/>
        <w:tabs>
          <w:tab w:val="clear" w:pos="4680"/>
          <w:tab w:val="clear" w:pos="9360"/>
          <w:tab w:val="left" w:pos="993"/>
          <w:tab w:val="center" w:pos="4153"/>
          <w:tab w:val="right" w:pos="8306"/>
        </w:tabs>
        <w:overflowPunct w:val="0"/>
        <w:autoSpaceDE w:val="0"/>
        <w:autoSpaceDN w:val="0"/>
        <w:adjustRightInd w:val="0"/>
        <w:ind w:firstLine="567"/>
        <w:jc w:val="both"/>
        <w:rPr>
          <w:color w:val="000000" w:themeColor="text1"/>
          <w:szCs w:val="24"/>
          <w:lang w:val="lt-LT"/>
        </w:rPr>
      </w:pPr>
      <w:r>
        <w:rPr>
          <w:rFonts w:cs="Arial (Body CS)"/>
          <w:color w:val="000000" w:themeColor="text1"/>
          <w:spacing w:val="20"/>
          <w:szCs w:val="24"/>
          <w:lang w:val="lt-LT"/>
        </w:rPr>
        <w:t>2. </w:t>
      </w:r>
      <w:r w:rsidR="009F2CCD" w:rsidRPr="00DA325E">
        <w:rPr>
          <w:rFonts w:cs="Arial (Body CS)"/>
          <w:color w:val="000000" w:themeColor="text1"/>
          <w:spacing w:val="20"/>
          <w:szCs w:val="24"/>
          <w:lang w:val="lt-LT"/>
        </w:rPr>
        <w:t>S</w:t>
      </w:r>
      <w:r w:rsidR="000D0A30" w:rsidRPr="00DA325E">
        <w:rPr>
          <w:rFonts w:cs="Arial (Body CS)"/>
          <w:color w:val="000000" w:themeColor="text1"/>
          <w:spacing w:val="20"/>
          <w:szCs w:val="24"/>
          <w:lang w:val="lt-LT"/>
        </w:rPr>
        <w:t>kiriu</w:t>
      </w:r>
      <w:r w:rsidR="000D0A30" w:rsidRPr="00DA325E">
        <w:rPr>
          <w:rFonts w:cs="Arial (Body CS)"/>
          <w:spacing w:val="20"/>
          <w:lang w:val="lt-LT"/>
        </w:rPr>
        <w:t xml:space="preserve"> </w:t>
      </w:r>
      <w:r w:rsidR="000D0A30" w:rsidRPr="00DA325E">
        <w:rPr>
          <w:rFonts w:cs="Times New Roman"/>
          <w:lang w:val="lt-LT"/>
        </w:rPr>
        <w:t>Jolitą Česiulytę, Tarptautinio bendradarbiavimo skyriaus programų koordinatorę, atsakinga už Lietuvos diasporos tyrėjų kontaktų sąrašo sudarymo</w:t>
      </w:r>
      <w:r w:rsidR="001E147F" w:rsidRPr="00DA325E">
        <w:rPr>
          <w:rFonts w:cs="Times New Roman"/>
          <w:lang w:val="lt-LT"/>
        </w:rPr>
        <w:t xml:space="preserve"> ir</w:t>
      </w:r>
      <w:r w:rsidR="00C95278" w:rsidRPr="00DA325E">
        <w:rPr>
          <w:rFonts w:cs="Times New Roman"/>
          <w:lang w:val="lt-LT"/>
        </w:rPr>
        <w:t xml:space="preserve"> </w:t>
      </w:r>
      <w:r w:rsidR="001E147F" w:rsidRPr="00DA325E">
        <w:rPr>
          <w:rFonts w:cs="Times New Roman"/>
          <w:lang w:val="lt-LT"/>
        </w:rPr>
        <w:t>jo</w:t>
      </w:r>
      <w:r w:rsidR="000D0A30" w:rsidRPr="00DA325E">
        <w:rPr>
          <w:rFonts w:cs="Times New Roman"/>
          <w:lang w:val="lt-LT"/>
        </w:rPr>
        <w:t xml:space="preserve"> administravimo koordinavimą.</w:t>
      </w:r>
    </w:p>
    <w:p w14:paraId="11F3A855" w14:textId="77777777" w:rsidR="00D839D8" w:rsidRPr="00DA325E" w:rsidRDefault="00D839D8" w:rsidP="00D839D8">
      <w:pPr>
        <w:pStyle w:val="Header"/>
        <w:tabs>
          <w:tab w:val="left" w:pos="993"/>
        </w:tabs>
        <w:jc w:val="both"/>
        <w:rPr>
          <w:rFonts w:cs="Times New Roman"/>
          <w:lang w:val="lt-LT"/>
        </w:rPr>
      </w:pPr>
    </w:p>
    <w:p w14:paraId="5F9B39D1" w14:textId="77777777" w:rsidR="00FA4925" w:rsidRPr="00DA325E" w:rsidRDefault="00FA4925" w:rsidP="00FA4925">
      <w:pPr>
        <w:pStyle w:val="Header"/>
        <w:tabs>
          <w:tab w:val="left" w:pos="993"/>
        </w:tabs>
        <w:rPr>
          <w:color w:val="000000" w:themeColor="text1"/>
          <w:szCs w:val="24"/>
          <w:lang w:val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134"/>
        <w:gridCol w:w="4360"/>
      </w:tblGrid>
      <w:tr w:rsidR="00FA4925" w:rsidRPr="00DA325E" w14:paraId="7759FF09" w14:textId="77777777" w:rsidTr="00C11AF6">
        <w:tc>
          <w:tcPr>
            <w:tcW w:w="4361" w:type="dxa"/>
          </w:tcPr>
          <w:p w14:paraId="3E77983B" w14:textId="00F32945" w:rsidR="00FA4925" w:rsidRPr="00DA325E" w:rsidRDefault="005A7874" w:rsidP="00C11AF6">
            <w:pPr>
              <w:pStyle w:val="Header"/>
              <w:tabs>
                <w:tab w:val="left" w:pos="993"/>
              </w:tabs>
              <w:rPr>
                <w:color w:val="000000" w:themeColor="text1"/>
                <w:szCs w:val="24"/>
                <w:lang w:val="lt-LT"/>
              </w:rPr>
            </w:pPr>
            <w:r w:rsidRPr="00DA325E">
              <w:rPr>
                <w:rStyle w:val="normaltextrun"/>
                <w:color w:val="000000" w:themeColor="text1"/>
                <w:bdr w:val="none" w:sz="0" w:space="0" w:color="auto" w:frame="1"/>
                <w:lang w:val="lt-LT"/>
              </w:rPr>
              <w:t>L. e. p. pirmininkas</w:t>
            </w:r>
          </w:p>
          <w:p w14:paraId="0D17E6E1" w14:textId="77777777" w:rsidR="00FA4925" w:rsidRPr="00DA325E" w:rsidRDefault="00FA4925" w:rsidP="00C11AF6">
            <w:pPr>
              <w:pStyle w:val="Header"/>
              <w:tabs>
                <w:tab w:val="left" w:pos="993"/>
              </w:tabs>
              <w:rPr>
                <w:color w:val="000000" w:themeColor="text1"/>
                <w:szCs w:val="24"/>
                <w:lang w:val="lt-LT"/>
              </w:rPr>
            </w:pPr>
          </w:p>
        </w:tc>
        <w:tc>
          <w:tcPr>
            <w:tcW w:w="1134" w:type="dxa"/>
          </w:tcPr>
          <w:p w14:paraId="6900F83D" w14:textId="77777777" w:rsidR="00FA4925" w:rsidRPr="00DA325E" w:rsidRDefault="00FA4925" w:rsidP="00C11AF6">
            <w:pPr>
              <w:pStyle w:val="Header"/>
              <w:tabs>
                <w:tab w:val="left" w:pos="993"/>
              </w:tabs>
              <w:rPr>
                <w:color w:val="000000" w:themeColor="text1"/>
                <w:szCs w:val="24"/>
                <w:lang w:val="lt-LT"/>
              </w:rPr>
            </w:pPr>
          </w:p>
        </w:tc>
        <w:tc>
          <w:tcPr>
            <w:tcW w:w="4360" w:type="dxa"/>
          </w:tcPr>
          <w:p w14:paraId="65402655" w14:textId="313FBE7B" w:rsidR="00FA4925" w:rsidRPr="00DA325E" w:rsidRDefault="00FA4925" w:rsidP="00C11AF6">
            <w:pPr>
              <w:pStyle w:val="Header"/>
              <w:tabs>
                <w:tab w:val="left" w:pos="993"/>
              </w:tabs>
              <w:ind w:left="1890"/>
              <w:rPr>
                <w:color w:val="000000" w:themeColor="text1"/>
                <w:szCs w:val="24"/>
                <w:lang w:val="lt-LT"/>
              </w:rPr>
            </w:pPr>
            <w:r w:rsidRPr="00DA325E">
              <w:rPr>
                <w:color w:val="000000" w:themeColor="text1"/>
                <w:szCs w:val="24"/>
                <w:lang w:val="lt-LT"/>
              </w:rPr>
              <w:t>Juozas Augutis</w:t>
            </w:r>
          </w:p>
          <w:p w14:paraId="690B737A" w14:textId="77777777" w:rsidR="00FA4925" w:rsidRPr="00DA325E" w:rsidRDefault="00FA4925" w:rsidP="00C11AF6">
            <w:pPr>
              <w:pStyle w:val="Header"/>
              <w:tabs>
                <w:tab w:val="left" w:pos="993"/>
              </w:tabs>
              <w:rPr>
                <w:color w:val="000000" w:themeColor="text1"/>
                <w:szCs w:val="24"/>
                <w:lang w:val="lt-LT"/>
              </w:rPr>
            </w:pPr>
          </w:p>
        </w:tc>
      </w:tr>
    </w:tbl>
    <w:p w14:paraId="584462B2" w14:textId="649AD65A" w:rsidR="00B655A8" w:rsidRPr="00DA325E" w:rsidRDefault="00B655A8" w:rsidP="00B655A8">
      <w:pPr>
        <w:spacing w:after="0" w:line="276" w:lineRule="auto"/>
        <w:rPr>
          <w:rFonts w:cs="Times New Roman"/>
          <w:bCs/>
          <w:color w:val="000000" w:themeColor="text1"/>
          <w:lang w:val="lt-LT"/>
        </w:rPr>
      </w:pPr>
    </w:p>
    <w:p w14:paraId="231E1E5A" w14:textId="77777777" w:rsidR="00B655A8" w:rsidRPr="00DA325E" w:rsidRDefault="00B655A8">
      <w:pPr>
        <w:spacing w:after="200" w:line="276" w:lineRule="auto"/>
        <w:rPr>
          <w:rFonts w:cs="Times New Roman"/>
          <w:bCs/>
          <w:color w:val="000000" w:themeColor="text1"/>
          <w:lang w:val="lt-LT"/>
        </w:rPr>
      </w:pPr>
      <w:r w:rsidRPr="00DA325E">
        <w:rPr>
          <w:rFonts w:cs="Times New Roman"/>
          <w:bCs/>
          <w:color w:val="000000" w:themeColor="text1"/>
          <w:lang w:val="lt-LT"/>
        </w:rPr>
        <w:br w:type="page"/>
      </w:r>
    </w:p>
    <w:p w14:paraId="5C6B443F" w14:textId="27BB51F8" w:rsidR="00737EBA" w:rsidRPr="00DA325E" w:rsidRDefault="00737EBA" w:rsidP="00A71473">
      <w:pPr>
        <w:spacing w:after="0" w:line="240" w:lineRule="auto"/>
        <w:ind w:left="5850"/>
        <w:rPr>
          <w:rFonts w:cs="Times New Roman"/>
          <w:bCs/>
          <w:color w:val="000000" w:themeColor="text1"/>
          <w:lang w:val="lt-LT"/>
        </w:rPr>
      </w:pPr>
      <w:r w:rsidRPr="00DA325E">
        <w:rPr>
          <w:rFonts w:cs="Times New Roman"/>
          <w:bCs/>
          <w:color w:val="000000" w:themeColor="text1"/>
          <w:lang w:val="lt-LT"/>
        </w:rPr>
        <w:lastRenderedPageBreak/>
        <w:t>PATVIRTINTA</w:t>
      </w:r>
    </w:p>
    <w:p w14:paraId="40958121" w14:textId="23F2251A" w:rsidR="00737EBA" w:rsidRPr="00DA325E" w:rsidRDefault="00737EBA" w:rsidP="00A71473">
      <w:pPr>
        <w:spacing w:after="0" w:line="240" w:lineRule="auto"/>
        <w:ind w:left="5850"/>
        <w:rPr>
          <w:rFonts w:cs="Times New Roman"/>
          <w:bCs/>
          <w:color w:val="000000" w:themeColor="text1"/>
          <w:lang w:val="lt-LT"/>
        </w:rPr>
      </w:pPr>
      <w:r w:rsidRPr="00DA325E">
        <w:rPr>
          <w:rFonts w:cs="Times New Roman"/>
          <w:bCs/>
          <w:color w:val="000000" w:themeColor="text1"/>
          <w:lang w:val="lt-LT"/>
        </w:rPr>
        <w:t>Lietuvos mokslo tarybos pirmininko</w:t>
      </w:r>
    </w:p>
    <w:p w14:paraId="03C3CB8B" w14:textId="07171505" w:rsidR="00737EBA" w:rsidRPr="00DA325E" w:rsidRDefault="00737EBA" w:rsidP="00A71473">
      <w:pPr>
        <w:spacing w:after="0" w:line="240" w:lineRule="auto"/>
        <w:ind w:left="5850"/>
        <w:rPr>
          <w:rFonts w:cs="Times New Roman"/>
          <w:bCs/>
          <w:color w:val="000000" w:themeColor="text1"/>
          <w:lang w:val="lt-LT"/>
        </w:rPr>
      </w:pPr>
      <w:r w:rsidRPr="00DA325E">
        <w:rPr>
          <w:rFonts w:cs="Times New Roman"/>
          <w:bCs/>
          <w:color w:val="000000" w:themeColor="text1"/>
          <w:lang w:val="lt-LT"/>
        </w:rPr>
        <w:t>2026 m.     d. įsakymu Nr. V-</w:t>
      </w:r>
    </w:p>
    <w:p w14:paraId="673417E7" w14:textId="77777777" w:rsidR="00737EBA" w:rsidRPr="00DA325E" w:rsidRDefault="00737EBA" w:rsidP="00A71473">
      <w:pPr>
        <w:spacing w:after="0" w:line="240" w:lineRule="auto"/>
        <w:ind w:firstLine="540"/>
        <w:rPr>
          <w:rFonts w:cs="Times New Roman"/>
          <w:b/>
          <w:color w:val="000000" w:themeColor="text1"/>
          <w:lang w:val="lt-LT"/>
        </w:rPr>
      </w:pPr>
    </w:p>
    <w:p w14:paraId="2E335818" w14:textId="79647380" w:rsidR="003151FE" w:rsidRPr="00DA325E" w:rsidRDefault="00744A97" w:rsidP="00A71473">
      <w:pPr>
        <w:spacing w:after="0" w:line="240" w:lineRule="auto"/>
        <w:jc w:val="center"/>
        <w:rPr>
          <w:rFonts w:cs="Times New Roman"/>
          <w:b/>
          <w:bCs/>
          <w:color w:val="000000" w:themeColor="text1"/>
          <w:lang w:val="lt-LT"/>
        </w:rPr>
      </w:pPr>
      <w:r w:rsidRPr="00DA325E">
        <w:rPr>
          <w:rFonts w:cs="Times New Roman"/>
          <w:b/>
          <w:bCs/>
          <w:color w:val="000000" w:themeColor="text1"/>
          <w:lang w:val="lt-LT"/>
        </w:rPr>
        <w:t>LIETUVOS DIASPOROS TYRĖJŲ KONTAKTŲ SĄRAŠO SUDARYMO</w:t>
      </w:r>
      <w:r w:rsidR="0044391B" w:rsidRPr="00DA325E">
        <w:rPr>
          <w:rFonts w:cs="Times New Roman"/>
          <w:b/>
          <w:bCs/>
          <w:color w:val="000000" w:themeColor="text1"/>
          <w:lang w:val="lt-LT"/>
        </w:rPr>
        <w:t xml:space="preserve"> IR</w:t>
      </w:r>
      <w:r w:rsidRPr="00DA325E">
        <w:rPr>
          <w:color w:val="000000" w:themeColor="text1"/>
          <w:lang w:val="lt-LT"/>
        </w:rPr>
        <w:br/>
      </w:r>
      <w:r w:rsidRPr="00DA325E">
        <w:rPr>
          <w:rFonts w:cs="Times New Roman"/>
          <w:b/>
          <w:bCs/>
          <w:color w:val="000000" w:themeColor="text1"/>
          <w:lang w:val="lt-LT"/>
        </w:rPr>
        <w:t>ADMINISTRAVIMO LIETUVOS MOKSLO TARYBOJE</w:t>
      </w:r>
      <w:r w:rsidRPr="00DA325E">
        <w:rPr>
          <w:color w:val="000000" w:themeColor="text1"/>
          <w:lang w:val="lt-LT"/>
        </w:rPr>
        <w:br/>
      </w:r>
      <w:r w:rsidRPr="00DA325E">
        <w:rPr>
          <w:rFonts w:cs="Times New Roman"/>
          <w:b/>
          <w:bCs/>
          <w:color w:val="000000" w:themeColor="text1"/>
          <w:lang w:val="lt-LT"/>
        </w:rPr>
        <w:t>TVARKOS APRAŠAS</w:t>
      </w:r>
    </w:p>
    <w:p w14:paraId="30A2BA0C" w14:textId="77777777" w:rsidR="00737EBA" w:rsidRPr="00DA325E" w:rsidRDefault="00737EBA" w:rsidP="00A71473">
      <w:pPr>
        <w:spacing w:after="0" w:line="240" w:lineRule="auto"/>
        <w:ind w:firstLine="540"/>
        <w:rPr>
          <w:rFonts w:cs="Times New Roman"/>
          <w:color w:val="000000" w:themeColor="text1"/>
          <w:lang w:val="lt-LT"/>
        </w:rPr>
      </w:pPr>
    </w:p>
    <w:p w14:paraId="136E9A41" w14:textId="77777777" w:rsidR="00737EBA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I SKYRIUS</w:t>
      </w:r>
    </w:p>
    <w:p w14:paraId="37416245" w14:textId="31D6AB19" w:rsidR="003151FE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BENDROSIOS NUOSTATOS</w:t>
      </w:r>
    </w:p>
    <w:p w14:paraId="15B46479" w14:textId="77777777" w:rsidR="00737EBA" w:rsidRPr="00DA325E" w:rsidRDefault="00737EBA" w:rsidP="00A71473">
      <w:pPr>
        <w:spacing w:after="0" w:line="240" w:lineRule="auto"/>
        <w:ind w:firstLine="720"/>
        <w:jc w:val="both"/>
        <w:rPr>
          <w:color w:val="000000" w:themeColor="text1"/>
          <w:lang w:val="lt-LT"/>
        </w:rPr>
      </w:pPr>
    </w:p>
    <w:p w14:paraId="73169B32" w14:textId="3968DCE9" w:rsidR="009120B0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Lietuvos diasporos tyrėjų kontaktų sąrašo sudarymo</w:t>
      </w:r>
      <w:r w:rsidR="0044391B" w:rsidRPr="00DA325E">
        <w:rPr>
          <w:color w:val="000000" w:themeColor="text1"/>
          <w:lang w:val="lt-LT"/>
        </w:rPr>
        <w:t xml:space="preserve"> ir</w:t>
      </w:r>
      <w:r w:rsidRPr="00DA325E">
        <w:rPr>
          <w:color w:val="000000" w:themeColor="text1"/>
          <w:lang w:val="lt-LT"/>
        </w:rPr>
        <w:t xml:space="preserve"> administravimo Lietuvos mokslo taryboje tvarkos apraš</w:t>
      </w:r>
      <w:r w:rsidR="000279D6" w:rsidRPr="00DA325E">
        <w:rPr>
          <w:color w:val="000000" w:themeColor="text1"/>
          <w:lang w:val="lt-LT"/>
        </w:rPr>
        <w:t>as</w:t>
      </w:r>
      <w:r w:rsidRPr="00DA325E">
        <w:rPr>
          <w:color w:val="000000" w:themeColor="text1"/>
          <w:lang w:val="lt-LT"/>
        </w:rPr>
        <w:t xml:space="preserve"> (toliau – Aprašas)</w:t>
      </w:r>
      <w:r w:rsidR="00796A59" w:rsidRPr="00DA325E">
        <w:rPr>
          <w:color w:val="000000" w:themeColor="text1"/>
          <w:lang w:val="lt-LT"/>
        </w:rPr>
        <w:t xml:space="preserve"> </w:t>
      </w:r>
      <w:r w:rsidR="000279D6" w:rsidRPr="00DA325E">
        <w:rPr>
          <w:color w:val="000000" w:themeColor="text1"/>
          <w:lang w:val="lt-LT"/>
        </w:rPr>
        <w:t xml:space="preserve">nustato </w:t>
      </w:r>
      <w:r w:rsidR="00796A59" w:rsidRPr="00DA325E">
        <w:rPr>
          <w:color w:val="000000" w:themeColor="text1"/>
          <w:lang w:val="lt-LT"/>
        </w:rPr>
        <w:t>Lietuvos diasporos tyrėjų (toliau – DT) kontaktų sąrašo sudarym</w:t>
      </w:r>
      <w:r w:rsidR="00652B66" w:rsidRPr="00DA325E">
        <w:rPr>
          <w:color w:val="000000" w:themeColor="text1"/>
          <w:lang w:val="lt-LT"/>
        </w:rPr>
        <w:t>o</w:t>
      </w:r>
      <w:r w:rsidR="00796A59" w:rsidRPr="00DA325E">
        <w:rPr>
          <w:color w:val="000000" w:themeColor="text1"/>
          <w:lang w:val="lt-LT"/>
        </w:rPr>
        <w:t>, administravim</w:t>
      </w:r>
      <w:r w:rsidR="00652B66" w:rsidRPr="00DA325E">
        <w:rPr>
          <w:color w:val="000000" w:themeColor="text1"/>
          <w:lang w:val="lt-LT"/>
        </w:rPr>
        <w:t>o</w:t>
      </w:r>
      <w:r w:rsidR="00796A59" w:rsidRPr="00DA325E">
        <w:rPr>
          <w:color w:val="000000" w:themeColor="text1"/>
          <w:lang w:val="lt-LT"/>
        </w:rPr>
        <w:t>, jo naudojimą komunikacijai su Lietuvos diasporos tyrėjais ir duomenų tvarkym</w:t>
      </w:r>
      <w:r w:rsidR="00652B66" w:rsidRPr="00DA325E">
        <w:rPr>
          <w:color w:val="000000" w:themeColor="text1"/>
          <w:lang w:val="lt-LT"/>
        </w:rPr>
        <w:t>o</w:t>
      </w:r>
      <w:r w:rsidR="00796A59" w:rsidRPr="00DA325E">
        <w:rPr>
          <w:color w:val="000000" w:themeColor="text1"/>
          <w:lang w:val="lt-LT"/>
        </w:rPr>
        <w:t xml:space="preserve"> Lietuvos mokslo taryboje (toliau – LMT)</w:t>
      </w:r>
      <w:r w:rsidR="00652B66" w:rsidRPr="00DA325E">
        <w:rPr>
          <w:color w:val="000000" w:themeColor="text1"/>
          <w:lang w:val="lt-LT"/>
        </w:rPr>
        <w:t xml:space="preserve"> tvarką</w:t>
      </w:r>
      <w:r w:rsidR="00796A59" w:rsidRPr="00DA325E">
        <w:rPr>
          <w:color w:val="000000" w:themeColor="text1"/>
          <w:lang w:val="lt-LT"/>
        </w:rPr>
        <w:t>.</w:t>
      </w:r>
    </w:p>
    <w:p w14:paraId="75147F0A" w14:textId="3CDC2D22" w:rsidR="00C8330F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DT kontaktų sąrašo</w:t>
      </w:r>
      <w:r w:rsidR="00376B20" w:rsidRPr="00DA325E">
        <w:rPr>
          <w:color w:val="000000" w:themeColor="text1"/>
          <w:lang w:val="lt-LT"/>
        </w:rPr>
        <w:t xml:space="preserve"> sudarymo</w:t>
      </w:r>
      <w:r w:rsidRPr="00DA325E">
        <w:rPr>
          <w:color w:val="000000" w:themeColor="text1"/>
          <w:lang w:val="lt-LT"/>
        </w:rPr>
        <w:t xml:space="preserve"> tikslai:</w:t>
      </w:r>
    </w:p>
    <w:p w14:paraId="5086294B" w14:textId="72715FFB" w:rsidR="00F00DF4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palaikyti ryšį su Lietuvos diaspora ir stiprinti jos įtraukimą į Lietuvos mokslo, inovacijų ir mokslo diplomatijos veiklas;</w:t>
      </w:r>
    </w:p>
    <w:p w14:paraId="588B18C2" w14:textId="2F952EC0" w:rsidR="00282E04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siųsti </w:t>
      </w:r>
      <w:r w:rsidR="00941478" w:rsidRPr="00DA325E">
        <w:rPr>
          <w:rFonts w:cs="Times New Roman"/>
          <w:color w:val="000000" w:themeColor="text1"/>
          <w:lang w:val="lt-LT"/>
        </w:rPr>
        <w:t xml:space="preserve">DT </w:t>
      </w:r>
      <w:r w:rsidRPr="00DA325E">
        <w:rPr>
          <w:rFonts w:cs="Times New Roman"/>
          <w:color w:val="000000" w:themeColor="text1"/>
          <w:lang w:val="lt-LT"/>
        </w:rPr>
        <w:t xml:space="preserve">aktualią informaciją apie LMT ir Lietuvos Respublikos užsienio reikalų ministerijos (toliau – URM), Lietuvos mokslo ir studijų institucijų, asociacijų ir kitų organizacijų </w:t>
      </w:r>
      <w:r w:rsidR="00FF537F" w:rsidRPr="00DA325E">
        <w:rPr>
          <w:rFonts w:cs="Times New Roman"/>
          <w:color w:val="000000" w:themeColor="text1"/>
          <w:lang w:val="lt-LT"/>
        </w:rPr>
        <w:t>(toliau</w:t>
      </w:r>
      <w:r w:rsidR="000969EE" w:rsidRPr="00DA325E">
        <w:rPr>
          <w:rFonts w:cs="Times New Roman"/>
          <w:color w:val="000000" w:themeColor="text1"/>
          <w:lang w:val="lt-LT"/>
        </w:rPr>
        <w:t xml:space="preserve"> kartu</w:t>
      </w:r>
      <w:r w:rsidR="00FF537F" w:rsidRPr="00DA325E">
        <w:rPr>
          <w:rFonts w:cs="Times New Roman"/>
          <w:color w:val="000000" w:themeColor="text1"/>
          <w:lang w:val="lt-LT"/>
        </w:rPr>
        <w:t xml:space="preserve"> </w:t>
      </w:r>
      <w:r w:rsidR="00FF537F" w:rsidRPr="00DA325E">
        <w:rPr>
          <w:color w:val="000000" w:themeColor="text1"/>
          <w:lang w:val="lt-LT"/>
        </w:rPr>
        <w:t>–</w:t>
      </w:r>
      <w:r w:rsidR="00FF537F" w:rsidRPr="00DA325E">
        <w:rPr>
          <w:rFonts w:cs="Times New Roman"/>
          <w:color w:val="000000" w:themeColor="text1"/>
          <w:lang w:val="lt-LT"/>
        </w:rPr>
        <w:t xml:space="preserve"> Socialiniai partneriai) </w:t>
      </w:r>
      <w:r w:rsidRPr="00DA325E">
        <w:rPr>
          <w:rFonts w:cs="Times New Roman"/>
          <w:color w:val="000000" w:themeColor="text1"/>
          <w:lang w:val="lt-LT"/>
        </w:rPr>
        <w:t>veiklas, kvietimus, renginius bei iniciatyvas;</w:t>
      </w:r>
    </w:p>
    <w:p w14:paraId="51956A6C" w14:textId="50FDDF97" w:rsidR="00F957C6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identifikuoti potencialaus bendradarbiavimo, ekspertinės veiklos, mentorystės ir dalyvavimo projektuose galimybes;</w:t>
      </w:r>
    </w:p>
    <w:p w14:paraId="6BA9594E" w14:textId="4C2E09CA" w:rsidR="00125E97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įgyvendinti Lietuvos mokslo diplomatijos gairių nuostatas dėl diasporos mokslininkų įtraukimo ir bendradarbiavimo;</w:t>
      </w:r>
    </w:p>
    <w:p w14:paraId="24E90F85" w14:textId="1D3A7695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prireikus bendradarbiauti su URM ir Lietuvos Respublikos diplomatinėmis atstovybėmis informacijos sklaidos srityje.</w:t>
      </w:r>
    </w:p>
    <w:p w14:paraId="013AE43B" w14:textId="4EE12DA3" w:rsidR="00A87772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 xml:space="preserve">Visi DT kontaktų sąrašo duomenys kaupiami vienoje LMT valdomoje sistemoje, siekiant išvengti duomenų fragmentacijos ir užtikrinti </w:t>
      </w:r>
      <w:r w:rsidR="00C91A1A" w:rsidRPr="00DA325E">
        <w:rPr>
          <w:color w:val="000000" w:themeColor="text1"/>
          <w:lang w:val="lt-LT"/>
        </w:rPr>
        <w:t>efektyvesnį</w:t>
      </w:r>
      <w:r w:rsidRPr="00DA325E">
        <w:rPr>
          <w:color w:val="000000" w:themeColor="text1"/>
          <w:lang w:val="lt-LT"/>
        </w:rPr>
        <w:t xml:space="preserve"> administravimą.</w:t>
      </w:r>
    </w:p>
    <w:p w14:paraId="5EAA6C69" w14:textId="67510620" w:rsidR="00FC3366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DT kontaktų sąrašas naudojamas tik šiame Apraše apibrėžt</w:t>
      </w:r>
      <w:r w:rsidR="001A52C6" w:rsidRPr="00DA325E">
        <w:rPr>
          <w:color w:val="000000" w:themeColor="text1"/>
          <w:lang w:val="lt-LT"/>
        </w:rPr>
        <w:t>iem</w:t>
      </w:r>
      <w:r w:rsidRPr="00DA325E">
        <w:rPr>
          <w:color w:val="000000" w:themeColor="text1"/>
          <w:lang w:val="lt-LT"/>
        </w:rPr>
        <w:t>s tiksla</w:t>
      </w:r>
      <w:r w:rsidR="001A52C6" w:rsidRPr="00DA325E">
        <w:rPr>
          <w:color w:val="000000" w:themeColor="text1"/>
          <w:lang w:val="lt-LT"/>
        </w:rPr>
        <w:t>m</w:t>
      </w:r>
      <w:r w:rsidRPr="00DA325E">
        <w:rPr>
          <w:color w:val="000000" w:themeColor="text1"/>
          <w:lang w:val="lt-LT"/>
        </w:rPr>
        <w:t>s.</w:t>
      </w:r>
    </w:p>
    <w:p w14:paraId="3BAF7BBC" w14:textId="2DC60D52" w:rsidR="003151FE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DT kontaktų sąrašas ir jame esantys asmens duomenys nėra skelbiami viešai.</w:t>
      </w:r>
    </w:p>
    <w:p w14:paraId="566DF164" w14:textId="77777777" w:rsidR="00C05BAC" w:rsidRPr="00DA325E" w:rsidRDefault="00C05BAC" w:rsidP="00A71473">
      <w:pPr>
        <w:spacing w:after="0" w:line="240" w:lineRule="auto"/>
        <w:jc w:val="both"/>
        <w:rPr>
          <w:rFonts w:cs="Times New Roman"/>
          <w:color w:val="000000" w:themeColor="text1"/>
          <w:lang w:val="lt-LT"/>
        </w:rPr>
      </w:pPr>
    </w:p>
    <w:p w14:paraId="562AB85B" w14:textId="77777777" w:rsidR="003151FE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II SKYRIUS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br/>
        <w:t>SĄVOKOS IR ĮTRAUKIMO Į SĄRAŠĄ KRITERIJAI</w:t>
      </w:r>
    </w:p>
    <w:p w14:paraId="42D42307" w14:textId="77777777" w:rsidR="00C05BAC" w:rsidRPr="00DA325E" w:rsidRDefault="00C05BAC" w:rsidP="00A71473">
      <w:pPr>
        <w:spacing w:line="240" w:lineRule="auto"/>
        <w:rPr>
          <w:color w:val="000000" w:themeColor="text1"/>
          <w:lang w:val="lt-LT"/>
        </w:rPr>
      </w:pPr>
    </w:p>
    <w:p w14:paraId="4757CB54" w14:textId="77777777" w:rsidR="00CA4738" w:rsidRPr="00DA325E" w:rsidRDefault="00692900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Šiame Apraše vartojam</w:t>
      </w:r>
      <w:r w:rsidR="00CA4738" w:rsidRPr="00DA325E">
        <w:rPr>
          <w:color w:val="000000" w:themeColor="text1"/>
          <w:lang w:val="lt-LT"/>
        </w:rPr>
        <w:t>os sąvokos:</w:t>
      </w:r>
    </w:p>
    <w:p w14:paraId="249C08BB" w14:textId="10A0AF97" w:rsidR="00ED4F98" w:rsidRPr="00DA325E" w:rsidRDefault="00B17918" w:rsidP="00C3349F">
      <w:pPr>
        <w:pStyle w:val="ListParagraph"/>
        <w:numPr>
          <w:ilvl w:val="1"/>
          <w:numId w:val="30"/>
        </w:numPr>
        <w:spacing w:after="0" w:line="240" w:lineRule="auto"/>
        <w:ind w:left="0" w:firstLine="709"/>
        <w:jc w:val="both"/>
        <w:rPr>
          <w:color w:val="000000" w:themeColor="text1"/>
          <w:lang w:val="lt-LT"/>
        </w:rPr>
      </w:pPr>
      <w:r w:rsidRPr="00DA325E" w:rsidDel="00E638B0">
        <w:rPr>
          <w:color w:val="000000" w:themeColor="text1"/>
          <w:lang w:val="lt-LT"/>
        </w:rPr>
        <w:t xml:space="preserve">Lietuvos diaspora – </w:t>
      </w:r>
      <w:r w:rsidR="00C3349F">
        <w:rPr>
          <w:color w:val="000000" w:themeColor="text1"/>
          <w:lang w:val="lt-LT"/>
        </w:rPr>
        <w:t xml:space="preserve">tai </w:t>
      </w:r>
      <w:r w:rsidR="00ED4F98" w:rsidRPr="00DA325E">
        <w:rPr>
          <w:color w:val="000000" w:themeColor="text1"/>
          <w:lang w:val="lt-LT"/>
        </w:rPr>
        <w:t xml:space="preserve">asmenų grupė, kuri suprantama </w:t>
      </w:r>
      <w:r w:rsidRPr="00DA325E" w:rsidDel="00E638B0">
        <w:rPr>
          <w:color w:val="000000" w:themeColor="text1"/>
          <w:lang w:val="lt-LT"/>
        </w:rPr>
        <w:t>taip, kaip ji apibrėžta Lietuvos diasporos politikos strateginėse gairėse „Globali Lietuva“ 2022–2030 m. ir Lietuvos Respublikos terminų banke</w:t>
      </w:r>
      <w:r w:rsidR="00ED4F98" w:rsidRPr="00DA325E">
        <w:rPr>
          <w:color w:val="000000" w:themeColor="text1"/>
          <w:lang w:val="lt-LT"/>
        </w:rPr>
        <w:t>;</w:t>
      </w:r>
    </w:p>
    <w:p w14:paraId="4E140752" w14:textId="05214C69" w:rsidR="004F60F1" w:rsidRPr="00DA325E" w:rsidRDefault="00692900" w:rsidP="00C3349F">
      <w:pPr>
        <w:pStyle w:val="ListParagraph"/>
        <w:numPr>
          <w:ilvl w:val="1"/>
          <w:numId w:val="30"/>
        </w:numPr>
        <w:spacing w:after="0" w:line="240" w:lineRule="auto"/>
        <w:ind w:left="0" w:firstLine="709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Lietuvos diasporos tyrėja</w:t>
      </w:r>
      <w:r w:rsidR="00B17918" w:rsidRPr="00DA325E">
        <w:rPr>
          <w:color w:val="000000" w:themeColor="text1"/>
          <w:lang w:val="lt-LT"/>
        </w:rPr>
        <w:t>s –</w:t>
      </w:r>
      <w:r w:rsidRPr="00DA325E">
        <w:rPr>
          <w:color w:val="000000" w:themeColor="text1"/>
          <w:lang w:val="lt-LT"/>
        </w:rPr>
        <w:t xml:space="preserve"> </w:t>
      </w:r>
      <w:r w:rsidR="00B17918" w:rsidRPr="00DA325E">
        <w:rPr>
          <w:color w:val="000000" w:themeColor="text1"/>
          <w:lang w:val="lt-LT"/>
        </w:rPr>
        <w:t xml:space="preserve">tai </w:t>
      </w:r>
      <w:r w:rsidRPr="00DA325E">
        <w:rPr>
          <w:color w:val="000000" w:themeColor="text1"/>
          <w:lang w:val="lt-LT"/>
        </w:rPr>
        <w:t>Lietuvos diasporai priklausant</w:t>
      </w:r>
      <w:r w:rsidR="009B375C" w:rsidRPr="00DA325E">
        <w:rPr>
          <w:color w:val="000000" w:themeColor="text1"/>
          <w:lang w:val="lt-LT"/>
        </w:rPr>
        <w:t>is</w:t>
      </w:r>
      <w:r w:rsidRPr="00DA325E">
        <w:rPr>
          <w:color w:val="000000" w:themeColor="text1"/>
          <w:lang w:val="lt-LT"/>
        </w:rPr>
        <w:t xml:space="preserve"> tyrėj</w:t>
      </w:r>
      <w:r w:rsidR="009B375C" w:rsidRPr="00DA325E">
        <w:rPr>
          <w:color w:val="000000" w:themeColor="text1"/>
          <w:lang w:val="lt-LT"/>
        </w:rPr>
        <w:t>as, kurio s</w:t>
      </w:r>
      <w:r w:rsidR="00E83874" w:rsidRPr="00DA325E">
        <w:rPr>
          <w:color w:val="000000" w:themeColor="text1"/>
          <w:lang w:val="lt-LT"/>
        </w:rPr>
        <w:t>ąvoka apibrėžta Lietuvos Respublikos mokslo ir studijų įstatyme</w:t>
      </w:r>
      <w:r w:rsidR="009B375C" w:rsidRPr="00DA325E">
        <w:rPr>
          <w:color w:val="000000" w:themeColor="text1"/>
          <w:lang w:val="lt-LT"/>
        </w:rPr>
        <w:t>.</w:t>
      </w:r>
    </w:p>
    <w:p w14:paraId="7585A1AE" w14:textId="243FB92C" w:rsidR="008C03AE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Asmuo gali būti įtrauktas į DT kontaktų sąrašą, jeigu jis:</w:t>
      </w:r>
    </w:p>
    <w:p w14:paraId="2A67F6C2" w14:textId="20C6CD2B" w:rsidR="00A961FB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pateikia būtinuosius duomenis</w:t>
      </w:r>
      <w:r w:rsidR="00451D5D" w:rsidRPr="00DA325E">
        <w:rPr>
          <w:rFonts w:cs="Times New Roman"/>
          <w:color w:val="000000" w:themeColor="text1"/>
          <w:lang w:val="lt-LT"/>
        </w:rPr>
        <w:t>, nurodytus Aprašo 14 p.</w:t>
      </w:r>
      <w:r w:rsidRPr="00DA325E">
        <w:rPr>
          <w:rFonts w:cs="Times New Roman"/>
          <w:color w:val="000000" w:themeColor="text1"/>
          <w:lang w:val="lt-LT"/>
        </w:rPr>
        <w:t>;</w:t>
      </w:r>
    </w:p>
    <w:p w14:paraId="13EA1009" w14:textId="02C8E4BF" w:rsidR="00D3485A" w:rsidRPr="00DA325E" w:rsidRDefault="00707448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nurodo ryšį su Lietuva – pilietybę, kilmę, studijas, profesinę veiklą ar kitą pagrįstą ryšį</w:t>
      </w:r>
      <w:r w:rsidR="00744A97" w:rsidRPr="00DA325E">
        <w:rPr>
          <w:rFonts w:cs="Times New Roman"/>
          <w:color w:val="000000" w:themeColor="text1"/>
          <w:lang w:val="lt-LT"/>
        </w:rPr>
        <w:t>;</w:t>
      </w:r>
    </w:p>
    <w:p w14:paraId="02D3AC12" w14:textId="6FFC2284" w:rsidR="00181BB3" w:rsidRPr="00DA325E" w:rsidRDefault="00B732A2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patvirtina sąsają su moksline, akademine ar inovacijų veikla</w:t>
      </w:r>
      <w:r w:rsidR="00744A97" w:rsidRPr="00DA325E">
        <w:rPr>
          <w:rFonts w:cs="Times New Roman"/>
          <w:color w:val="000000" w:themeColor="text1"/>
          <w:lang w:val="lt-LT"/>
        </w:rPr>
        <w:t>;</w:t>
      </w:r>
    </w:p>
    <w:p w14:paraId="74D66F4D" w14:textId="1AC0A4F2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duoda sutikimą dėl asmens duomenų tvarkymo ir informacijos gavimo.</w:t>
      </w:r>
    </w:p>
    <w:p w14:paraId="03929801" w14:textId="77777777" w:rsidR="00A91F03" w:rsidRPr="00DA325E" w:rsidRDefault="00A91F03" w:rsidP="00A71473">
      <w:pPr>
        <w:spacing w:after="0" w:line="240" w:lineRule="auto"/>
        <w:jc w:val="both"/>
        <w:rPr>
          <w:rFonts w:cs="Times New Roman"/>
          <w:color w:val="000000" w:themeColor="text1"/>
          <w:lang w:val="lt-LT"/>
        </w:rPr>
      </w:pPr>
    </w:p>
    <w:p w14:paraId="6178E1F8" w14:textId="574BD4CF" w:rsidR="003151FE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III SKYRIUS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br/>
      </w:r>
      <w:r w:rsidR="00BC56C8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DT </w:t>
      </w:r>
      <w:r w:rsidR="000846D4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KON</w:t>
      </w:r>
      <w:r w:rsidR="00F22F94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TAKT</w:t>
      </w:r>
      <w:r w:rsidR="002C718C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Ų 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SĄRAŠO SUDARYMAS IR REGISTRACIJA</w:t>
      </w:r>
    </w:p>
    <w:p w14:paraId="3E96B583" w14:textId="77777777" w:rsidR="00272E8F" w:rsidRPr="00DA325E" w:rsidRDefault="00272E8F" w:rsidP="00A71473">
      <w:pPr>
        <w:spacing w:after="0" w:line="240" w:lineRule="auto"/>
        <w:jc w:val="both"/>
        <w:rPr>
          <w:color w:val="000000" w:themeColor="text1"/>
          <w:lang w:val="lt-LT"/>
        </w:rPr>
      </w:pPr>
    </w:p>
    <w:p w14:paraId="7581D0D1" w14:textId="521037B3" w:rsidR="003151FE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DT kontaktų sąrašas sudaromas savanoriškos registracijos ir asmens sutikimu grindžiamo įtraukimo principais.</w:t>
      </w:r>
      <w:r w:rsidR="00ED5F0A" w:rsidRPr="00DA325E">
        <w:rPr>
          <w:color w:val="000000" w:themeColor="text1"/>
          <w:lang w:val="lt-LT"/>
        </w:rPr>
        <w:t xml:space="preserve"> </w:t>
      </w:r>
      <w:r w:rsidR="00965E97" w:rsidRPr="00DA325E">
        <w:rPr>
          <w:color w:val="000000" w:themeColor="text1"/>
          <w:lang w:val="lt-LT"/>
        </w:rPr>
        <w:t xml:space="preserve">Įtraukimas į DT kontaktų sąrašą ir dalyvavimas veiklose pagal šį sąrašą yra neatlygintini, jei atskiru susitarimu </w:t>
      </w:r>
      <w:r w:rsidR="00AA7964" w:rsidRPr="00DA325E">
        <w:rPr>
          <w:color w:val="000000" w:themeColor="text1"/>
          <w:lang w:val="lt-LT"/>
        </w:rPr>
        <w:t xml:space="preserve">tarp LMT ir </w:t>
      </w:r>
      <w:r w:rsidR="006F1280" w:rsidRPr="00DA325E">
        <w:rPr>
          <w:color w:val="000000" w:themeColor="text1"/>
          <w:lang w:val="lt-LT"/>
        </w:rPr>
        <w:t xml:space="preserve">DT </w:t>
      </w:r>
      <w:r w:rsidR="00965E97" w:rsidRPr="00DA325E">
        <w:rPr>
          <w:color w:val="000000" w:themeColor="text1"/>
          <w:lang w:val="lt-LT"/>
        </w:rPr>
        <w:t>nenustatyta kitaip.</w:t>
      </w:r>
    </w:p>
    <w:p w14:paraId="53C62C59" w14:textId="473BB1AB" w:rsidR="003151FE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Asmuo įtrauk</w:t>
      </w:r>
      <w:r w:rsidR="006D1492" w:rsidRPr="00DA325E">
        <w:rPr>
          <w:color w:val="000000" w:themeColor="text1"/>
          <w:lang w:val="lt-LT"/>
        </w:rPr>
        <w:t>iamas</w:t>
      </w:r>
      <w:r w:rsidRPr="00DA325E">
        <w:rPr>
          <w:color w:val="000000" w:themeColor="text1"/>
          <w:lang w:val="lt-LT"/>
        </w:rPr>
        <w:t xml:space="preserve"> į DT kontaktų sąrašą </w:t>
      </w:r>
      <w:r w:rsidR="007A68C5" w:rsidRPr="00DA325E">
        <w:rPr>
          <w:color w:val="000000" w:themeColor="text1"/>
          <w:lang w:val="lt-LT"/>
        </w:rPr>
        <w:t xml:space="preserve">jam </w:t>
      </w:r>
      <w:r w:rsidRPr="00DA325E">
        <w:rPr>
          <w:color w:val="000000" w:themeColor="text1"/>
          <w:lang w:val="lt-LT"/>
        </w:rPr>
        <w:t>savanoriškai užpild</w:t>
      </w:r>
      <w:r w:rsidR="006F1280" w:rsidRPr="00DA325E">
        <w:rPr>
          <w:color w:val="000000" w:themeColor="text1"/>
          <w:lang w:val="lt-LT"/>
        </w:rPr>
        <w:t>ž</w:t>
      </w:r>
      <w:r w:rsidR="007A68C5" w:rsidRPr="00DA325E">
        <w:rPr>
          <w:color w:val="000000" w:themeColor="text1"/>
          <w:lang w:val="lt-LT"/>
        </w:rPr>
        <w:t>ius</w:t>
      </w:r>
      <w:r w:rsidRPr="00DA325E">
        <w:rPr>
          <w:color w:val="000000" w:themeColor="text1"/>
          <w:lang w:val="lt-LT"/>
        </w:rPr>
        <w:t xml:space="preserve"> registracijos formą LMT interneto svetainėje</w:t>
      </w:r>
      <w:r w:rsidR="00981176" w:rsidRPr="00DA325E">
        <w:rPr>
          <w:color w:val="000000" w:themeColor="text1"/>
          <w:lang w:val="lt-LT"/>
        </w:rPr>
        <w:t xml:space="preserve"> www.lmt.lrv.lt</w:t>
      </w:r>
      <w:r w:rsidR="00BE1E44" w:rsidRPr="00DA325E">
        <w:rPr>
          <w:color w:val="000000" w:themeColor="text1"/>
          <w:lang w:val="lt-LT"/>
        </w:rPr>
        <w:t>.</w:t>
      </w:r>
    </w:p>
    <w:p w14:paraId="2F9E1034" w14:textId="0A57A6D4" w:rsidR="003151FE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lastRenderedPageBreak/>
        <w:t>Informacija apie galimybę būti įtrauktam į DT kontaktų sąrašą viešinama LMT interneto svetainėje, socialini</w:t>
      </w:r>
      <w:r w:rsidR="0077253A" w:rsidRPr="00DA325E">
        <w:rPr>
          <w:color w:val="000000" w:themeColor="text1"/>
          <w:lang w:val="lt-LT"/>
        </w:rPr>
        <w:t>uose</w:t>
      </w:r>
      <w:r w:rsidRPr="00DA325E">
        <w:rPr>
          <w:color w:val="000000" w:themeColor="text1"/>
          <w:lang w:val="lt-LT"/>
        </w:rPr>
        <w:t xml:space="preserve"> tinkluose, naujienlaiškiuose ir </w:t>
      </w:r>
      <w:r w:rsidR="00065FE8" w:rsidRPr="00DA325E">
        <w:rPr>
          <w:color w:val="000000" w:themeColor="text1"/>
          <w:lang w:val="lt-LT"/>
        </w:rPr>
        <w:t xml:space="preserve">Socialinių </w:t>
      </w:r>
      <w:r w:rsidR="00AA1E65" w:rsidRPr="00DA325E">
        <w:rPr>
          <w:color w:val="000000" w:themeColor="text1"/>
          <w:lang w:val="lt-LT"/>
        </w:rPr>
        <w:t>p</w:t>
      </w:r>
      <w:r w:rsidR="00065FE8" w:rsidRPr="00DA325E">
        <w:rPr>
          <w:color w:val="000000" w:themeColor="text1"/>
          <w:lang w:val="lt-LT"/>
        </w:rPr>
        <w:t>artnerių</w:t>
      </w:r>
      <w:r w:rsidRPr="00DA325E">
        <w:rPr>
          <w:color w:val="000000" w:themeColor="text1"/>
          <w:lang w:val="lt-LT"/>
        </w:rPr>
        <w:t xml:space="preserve"> komunikacijos kanalu</w:t>
      </w:r>
      <w:r w:rsidR="00B55ADD" w:rsidRPr="00DA325E">
        <w:rPr>
          <w:color w:val="000000" w:themeColor="text1"/>
          <w:lang w:val="lt-LT"/>
        </w:rPr>
        <w:t>ose</w:t>
      </w:r>
      <w:r w:rsidRPr="00DA325E">
        <w:rPr>
          <w:color w:val="000000" w:themeColor="text1"/>
          <w:lang w:val="lt-LT"/>
        </w:rPr>
        <w:t>.</w:t>
      </w:r>
    </w:p>
    <w:p w14:paraId="36DFECC9" w14:textId="518F595F" w:rsidR="00574FFE" w:rsidRPr="00DA325E" w:rsidRDefault="008C191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 xml:space="preserve">DT bet kuriuo metu </w:t>
      </w:r>
      <w:r w:rsidR="00772969" w:rsidRPr="00DA325E">
        <w:rPr>
          <w:color w:val="000000" w:themeColor="text1"/>
          <w:lang w:val="lt-LT"/>
        </w:rPr>
        <w:t xml:space="preserve">gali </w:t>
      </w:r>
      <w:r w:rsidRPr="00DA325E">
        <w:rPr>
          <w:color w:val="000000" w:themeColor="text1"/>
          <w:lang w:val="lt-LT"/>
        </w:rPr>
        <w:t>pateikti prašymą išbraukti juos iš DT kontaktų sąrašo</w:t>
      </w:r>
      <w:r w:rsidR="00116395" w:rsidRPr="00DA325E">
        <w:rPr>
          <w:color w:val="000000" w:themeColor="text1"/>
          <w:lang w:val="lt-LT"/>
        </w:rPr>
        <w:t>,</w:t>
      </w:r>
      <w:r w:rsidR="002941D7" w:rsidRPr="00DA325E">
        <w:rPr>
          <w:color w:val="000000" w:themeColor="text1"/>
          <w:lang w:val="lt-LT"/>
        </w:rPr>
        <w:t xml:space="preserve"> </w:t>
      </w:r>
      <w:r w:rsidR="00B1714C" w:rsidRPr="00DA325E">
        <w:rPr>
          <w:color w:val="000000" w:themeColor="text1"/>
          <w:lang w:val="lt-LT"/>
        </w:rPr>
        <w:t xml:space="preserve">išsiuntęs jį </w:t>
      </w:r>
      <w:r w:rsidR="00116395" w:rsidRPr="00DA325E">
        <w:rPr>
          <w:color w:val="000000" w:themeColor="text1"/>
          <w:lang w:val="lt-LT"/>
        </w:rPr>
        <w:t xml:space="preserve">LMT interneto svetainėje nurodytu </w:t>
      </w:r>
      <w:r w:rsidR="00496BE1" w:rsidRPr="00DA325E">
        <w:rPr>
          <w:color w:val="000000" w:themeColor="text1"/>
          <w:lang w:val="lt-LT"/>
        </w:rPr>
        <w:t xml:space="preserve">el. paštu </w:t>
      </w:r>
      <w:hyperlink r:id="rId9" w:history="1">
        <w:r w:rsidR="00283450" w:rsidRPr="00DA325E">
          <w:rPr>
            <w:color w:val="000000" w:themeColor="text1"/>
            <w:lang w:val="lt-LT"/>
          </w:rPr>
          <w:t>DT@lmt.lt</w:t>
        </w:r>
      </w:hyperlink>
      <w:r w:rsidR="00283450" w:rsidRPr="00DA325E">
        <w:rPr>
          <w:color w:val="000000" w:themeColor="text1"/>
          <w:lang w:val="lt-LT"/>
        </w:rPr>
        <w:t>.</w:t>
      </w:r>
    </w:p>
    <w:p w14:paraId="37BB62C4" w14:textId="42D5581D" w:rsidR="00BD5997" w:rsidRPr="00DA325E" w:rsidRDefault="00A8457B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 xml:space="preserve">LMT ekspertams, įtrauktiems į </w:t>
      </w:r>
      <w:r w:rsidR="004454CC" w:rsidRPr="00DA325E">
        <w:rPr>
          <w:color w:val="000000" w:themeColor="text1"/>
          <w:lang w:val="lt-LT"/>
        </w:rPr>
        <w:t xml:space="preserve">LMT administruojamą </w:t>
      </w:r>
      <w:r w:rsidRPr="00DA325E">
        <w:rPr>
          <w:color w:val="000000" w:themeColor="text1"/>
          <w:lang w:val="lt-LT"/>
        </w:rPr>
        <w:t xml:space="preserve">ekspertų duomenų bazę (toliau – EDB), </w:t>
      </w:r>
      <w:r w:rsidR="00F54A8C" w:rsidRPr="00DA325E">
        <w:rPr>
          <w:color w:val="000000" w:themeColor="text1"/>
          <w:lang w:val="lt-LT"/>
        </w:rPr>
        <w:t xml:space="preserve">gali būti </w:t>
      </w:r>
      <w:r w:rsidRPr="00DA325E">
        <w:rPr>
          <w:color w:val="000000" w:themeColor="text1"/>
          <w:lang w:val="lt-LT"/>
        </w:rPr>
        <w:t>si</w:t>
      </w:r>
      <w:r w:rsidR="00F54A8C" w:rsidRPr="00DA325E">
        <w:rPr>
          <w:color w:val="000000" w:themeColor="text1"/>
          <w:lang w:val="lt-LT"/>
        </w:rPr>
        <w:t>unčiami</w:t>
      </w:r>
      <w:r w:rsidRPr="00DA325E">
        <w:rPr>
          <w:color w:val="000000" w:themeColor="text1"/>
          <w:lang w:val="lt-LT"/>
        </w:rPr>
        <w:t xml:space="preserve"> kvietim</w:t>
      </w:r>
      <w:r w:rsidR="00F54A8C" w:rsidRPr="00DA325E">
        <w:rPr>
          <w:color w:val="000000" w:themeColor="text1"/>
          <w:lang w:val="lt-LT"/>
        </w:rPr>
        <w:t>ai</w:t>
      </w:r>
      <w:r w:rsidRPr="00DA325E">
        <w:rPr>
          <w:color w:val="000000" w:themeColor="text1"/>
          <w:lang w:val="lt-LT"/>
        </w:rPr>
        <w:t xml:space="preserve"> prisijungti prie DT kontaktų sąrašo, naudojant Aprašo 2 priede pateiktą </w:t>
      </w:r>
      <w:r w:rsidR="00F54A8C" w:rsidRPr="00DA325E">
        <w:rPr>
          <w:color w:val="000000" w:themeColor="text1"/>
          <w:lang w:val="lt-LT"/>
        </w:rPr>
        <w:t xml:space="preserve">pavyzdinę </w:t>
      </w:r>
      <w:r w:rsidRPr="00DA325E">
        <w:rPr>
          <w:color w:val="000000" w:themeColor="text1"/>
          <w:lang w:val="lt-LT"/>
        </w:rPr>
        <w:t>Kvietimo EDB ekspertams prisijungti prie Lietuvos diasporos tyrėjų kontaktų sąrašo pranešimo formą.</w:t>
      </w:r>
    </w:p>
    <w:p w14:paraId="17F7C8EF" w14:textId="77777777" w:rsidR="00D41836" w:rsidRPr="00DA325E" w:rsidRDefault="00D41836" w:rsidP="00A71473">
      <w:pPr>
        <w:spacing w:after="0" w:line="240" w:lineRule="auto"/>
        <w:jc w:val="both"/>
        <w:rPr>
          <w:rFonts w:cs="Times New Roman"/>
          <w:color w:val="000000" w:themeColor="text1"/>
          <w:lang w:val="lt-LT"/>
        </w:rPr>
      </w:pPr>
    </w:p>
    <w:p w14:paraId="4815CED2" w14:textId="2A326ABE" w:rsidR="00D41836" w:rsidRPr="00DA325E" w:rsidRDefault="00D41836" w:rsidP="00A71473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PIRMASIS SKIRSNIS</w:t>
      </w:r>
    </w:p>
    <w:p w14:paraId="5DE05F99" w14:textId="0A289FFD" w:rsidR="003151FE" w:rsidRPr="00DA325E" w:rsidRDefault="00D41836" w:rsidP="00A71473">
      <w:pPr>
        <w:pStyle w:val="Heading2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RENKAMI DUOMENYS IR SUTIKIMAI</w:t>
      </w:r>
    </w:p>
    <w:p w14:paraId="07B271B3" w14:textId="77777777" w:rsidR="00D41836" w:rsidRPr="00DA325E" w:rsidRDefault="00D41836" w:rsidP="00A71473">
      <w:pPr>
        <w:spacing w:after="0" w:line="240" w:lineRule="auto"/>
        <w:jc w:val="both"/>
        <w:rPr>
          <w:color w:val="000000" w:themeColor="text1"/>
          <w:lang w:val="lt-LT"/>
        </w:rPr>
      </w:pPr>
    </w:p>
    <w:p w14:paraId="03C06014" w14:textId="4EB92953" w:rsidR="003151FE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Registracijos metu renkami būtinieji ir papildomi</w:t>
      </w:r>
      <w:r w:rsidR="00927014" w:rsidRPr="00DA325E">
        <w:rPr>
          <w:color w:val="000000" w:themeColor="text1"/>
          <w:lang w:val="lt-LT"/>
        </w:rPr>
        <w:t xml:space="preserve"> DT</w:t>
      </w:r>
      <w:r w:rsidRPr="00DA325E">
        <w:rPr>
          <w:color w:val="000000" w:themeColor="text1"/>
          <w:lang w:val="lt-LT"/>
        </w:rPr>
        <w:t xml:space="preserve"> duomenys.</w:t>
      </w:r>
    </w:p>
    <w:p w14:paraId="293F2AF1" w14:textId="15345E21" w:rsidR="00087E98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Būtinieji duomenys</w:t>
      </w:r>
      <w:r w:rsidR="009D1516" w:rsidRPr="00DA325E">
        <w:rPr>
          <w:color w:val="000000" w:themeColor="text1"/>
          <w:lang w:val="lt-LT"/>
        </w:rPr>
        <w:t xml:space="preserve"> yra</w:t>
      </w:r>
      <w:r w:rsidRPr="00DA325E">
        <w:rPr>
          <w:color w:val="000000" w:themeColor="text1"/>
          <w:lang w:val="lt-LT"/>
        </w:rPr>
        <w:t>:</w:t>
      </w:r>
    </w:p>
    <w:p w14:paraId="6BAD0699" w14:textId="011DE00B" w:rsidR="00C60709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vardas, pavardė;</w:t>
      </w:r>
    </w:p>
    <w:p w14:paraId="16F81F9D" w14:textId="2BB38A9E" w:rsidR="00FD23D6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el. pašto adresas;</w:t>
      </w:r>
    </w:p>
    <w:p w14:paraId="27B4E489" w14:textId="25145F97" w:rsidR="00A21797" w:rsidRPr="00DA325E" w:rsidRDefault="00B75301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mokslo ar vei</w:t>
      </w:r>
      <w:r w:rsidR="00877924" w:rsidRPr="00DA325E">
        <w:rPr>
          <w:rFonts w:cs="Times New Roman"/>
          <w:color w:val="000000" w:themeColor="text1"/>
          <w:lang w:val="lt-LT"/>
        </w:rPr>
        <w:t>klos sritis</w:t>
      </w:r>
      <w:r w:rsidR="002C6721" w:rsidRPr="00DA325E">
        <w:rPr>
          <w:rFonts w:cs="Times New Roman"/>
          <w:color w:val="000000" w:themeColor="text1"/>
          <w:lang w:val="lt-LT"/>
        </w:rPr>
        <w:t>;</w:t>
      </w:r>
    </w:p>
    <w:p w14:paraId="697F7EDC" w14:textId="3B62469F" w:rsidR="00662385" w:rsidRPr="00DA325E" w:rsidRDefault="00510816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ryšys su Lietuva</w:t>
      </w:r>
      <w:r w:rsidR="001E32A2" w:rsidRPr="00DA325E">
        <w:rPr>
          <w:rFonts w:cs="Times New Roman"/>
          <w:color w:val="000000" w:themeColor="text1"/>
          <w:lang w:val="lt-LT"/>
        </w:rPr>
        <w:t>;</w:t>
      </w:r>
    </w:p>
    <w:p w14:paraId="2D55A683" w14:textId="5E25C18F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šalis, kurioje asmuo gyvena duomenų pateikimo metu.</w:t>
      </w:r>
    </w:p>
    <w:p w14:paraId="0782F69E" w14:textId="783BB74F" w:rsidR="001B0DFB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Papildomi duomenys:</w:t>
      </w:r>
    </w:p>
    <w:p w14:paraId="7B1BA15C" w14:textId="1E80D85B" w:rsidR="00D230D7" w:rsidRPr="00DA325E" w:rsidRDefault="0051138D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i</w:t>
      </w:r>
      <w:r w:rsidR="00744A97" w:rsidRPr="00DA325E">
        <w:rPr>
          <w:rFonts w:cs="Times New Roman"/>
          <w:color w:val="000000" w:themeColor="text1"/>
          <w:lang w:val="lt-LT"/>
        </w:rPr>
        <w:t>nstitucij</w:t>
      </w:r>
      <w:r w:rsidR="003455F8" w:rsidRPr="00DA325E">
        <w:rPr>
          <w:rFonts w:cs="Times New Roman"/>
          <w:color w:val="000000" w:themeColor="text1"/>
          <w:lang w:val="lt-LT"/>
        </w:rPr>
        <w:t>os tipas</w:t>
      </w:r>
      <w:r w:rsidR="00744A97" w:rsidRPr="00DA325E">
        <w:rPr>
          <w:rFonts w:cs="Times New Roman"/>
          <w:color w:val="000000" w:themeColor="text1"/>
          <w:lang w:val="lt-LT"/>
        </w:rPr>
        <w:t>, kurioje asmuo dirba;</w:t>
      </w:r>
    </w:p>
    <w:p w14:paraId="2EA5C1C1" w14:textId="725803BB" w:rsidR="009A4988" w:rsidRPr="00DA325E" w:rsidRDefault="009A4988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teminės mokslo ar veiklos sritys;</w:t>
      </w:r>
    </w:p>
    <w:p w14:paraId="6409C4D9" w14:textId="77777777" w:rsidR="00E54C43" w:rsidRPr="00DA325E" w:rsidRDefault="00E54C43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bendradarbiavimo interesai;</w:t>
      </w:r>
    </w:p>
    <w:p w14:paraId="045342DF" w14:textId="411253ED" w:rsidR="009A4988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pageidavimas būti kviečiamam kaip ekspertui, mentoriui, pranešėjui, partneriui </w:t>
      </w:r>
      <w:r w:rsidR="001334C7" w:rsidRPr="00DA325E">
        <w:rPr>
          <w:rFonts w:cs="Times New Roman"/>
          <w:color w:val="000000" w:themeColor="text1"/>
          <w:lang w:val="lt-LT"/>
        </w:rPr>
        <w:t xml:space="preserve">Socialinių partnerių </w:t>
      </w:r>
      <w:r w:rsidRPr="00DA325E">
        <w:rPr>
          <w:rFonts w:cs="Times New Roman"/>
          <w:color w:val="000000" w:themeColor="text1"/>
          <w:lang w:val="lt-LT"/>
        </w:rPr>
        <w:t>organizuojamuose renginiuose, sklaidos veiklose, MTEP projektuose ar kitose veiklose;</w:t>
      </w:r>
    </w:p>
    <w:p w14:paraId="6BAA35DA" w14:textId="772A81B6" w:rsidR="003151FE" w:rsidRPr="00DA325E" w:rsidRDefault="00E54C43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šaltinis, iš kurio gauta informacija apie DT kontaktų sąrašo sudarymą</w:t>
      </w:r>
      <w:r w:rsidR="00744A97" w:rsidRPr="00DA325E">
        <w:rPr>
          <w:rFonts w:cs="Times New Roman"/>
          <w:color w:val="000000" w:themeColor="text1"/>
          <w:lang w:val="lt-LT"/>
        </w:rPr>
        <w:t>.</w:t>
      </w:r>
    </w:p>
    <w:p w14:paraId="7BE0D7DD" w14:textId="5D06AF98" w:rsidR="003151FE" w:rsidRPr="00DA325E" w:rsidRDefault="00744A97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Būtinieji sutikimai ir patvirtinimai:</w:t>
      </w:r>
    </w:p>
    <w:p w14:paraId="0498EA9C" w14:textId="497C4E01" w:rsidR="00753384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sutikimas gauti informaciją ir naujienlaiškius;</w:t>
      </w:r>
    </w:p>
    <w:p w14:paraId="6B8A711A" w14:textId="4BE2D95D" w:rsidR="00753384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 patvirtinimas, kad asmuo</w:t>
      </w:r>
      <w:r w:rsidR="003D0C1D" w:rsidRPr="00DA325E">
        <w:rPr>
          <w:rFonts w:cs="Times New Roman"/>
          <w:color w:val="000000" w:themeColor="text1"/>
          <w:lang w:val="lt-LT"/>
        </w:rPr>
        <w:t xml:space="preserve"> susipažino su LMT </w:t>
      </w:r>
      <w:r w:rsidR="00C7741B" w:rsidRPr="00DA325E">
        <w:rPr>
          <w:rFonts w:cs="Times New Roman"/>
          <w:color w:val="000000" w:themeColor="text1"/>
          <w:lang w:val="lt-LT"/>
        </w:rPr>
        <w:t>asm</w:t>
      </w:r>
      <w:r w:rsidR="00EE5CDB" w:rsidRPr="00DA325E">
        <w:rPr>
          <w:rFonts w:cs="Times New Roman"/>
          <w:color w:val="000000" w:themeColor="text1"/>
          <w:lang w:val="lt-LT"/>
        </w:rPr>
        <w:t xml:space="preserve">ens </w:t>
      </w:r>
      <w:r w:rsidR="003D0C1D" w:rsidRPr="00DA325E">
        <w:rPr>
          <w:rFonts w:cs="Times New Roman"/>
          <w:color w:val="000000" w:themeColor="text1"/>
          <w:lang w:val="lt-LT"/>
        </w:rPr>
        <w:t>duomenų apsaugą reglamentuojančiais teisės aktais</w:t>
      </w:r>
      <w:r w:rsidRPr="00DA325E">
        <w:rPr>
          <w:rFonts w:cs="Times New Roman"/>
          <w:color w:val="000000" w:themeColor="text1"/>
          <w:lang w:val="lt-LT"/>
        </w:rPr>
        <w:t>;</w:t>
      </w:r>
    </w:p>
    <w:p w14:paraId="7ABDDB40" w14:textId="68D7F10F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sutikimas dėl duomenų perdavimo</w:t>
      </w:r>
      <w:r w:rsidR="00223E8C" w:rsidRPr="00DA325E">
        <w:rPr>
          <w:rFonts w:cs="Times New Roman"/>
          <w:color w:val="000000" w:themeColor="text1"/>
          <w:lang w:val="lt-LT"/>
        </w:rPr>
        <w:t xml:space="preserve"> Socialin</w:t>
      </w:r>
      <w:r w:rsidR="00DA2F47" w:rsidRPr="00DA325E">
        <w:rPr>
          <w:rFonts w:cs="Times New Roman"/>
          <w:color w:val="000000" w:themeColor="text1"/>
          <w:lang w:val="lt-LT"/>
        </w:rPr>
        <w:t>iams partneriams</w:t>
      </w:r>
      <w:r w:rsidRPr="00DA325E">
        <w:rPr>
          <w:rFonts w:cs="Times New Roman"/>
          <w:color w:val="000000" w:themeColor="text1"/>
          <w:lang w:val="lt-LT"/>
        </w:rPr>
        <w:t>, jeigu toks perdavimas yra būtinas Apraše nurodytiems tikslams</w:t>
      </w:r>
      <w:r w:rsidR="00C562A9" w:rsidRPr="00DA325E">
        <w:rPr>
          <w:rFonts w:cs="Times New Roman"/>
          <w:color w:val="000000" w:themeColor="text1"/>
          <w:lang w:val="lt-LT"/>
        </w:rPr>
        <w:t xml:space="preserve"> pas</w:t>
      </w:r>
      <w:r w:rsidR="00F33503" w:rsidRPr="00DA325E">
        <w:rPr>
          <w:rFonts w:cs="Times New Roman"/>
          <w:color w:val="000000" w:themeColor="text1"/>
          <w:lang w:val="lt-LT"/>
        </w:rPr>
        <w:t>iekti</w:t>
      </w:r>
      <w:r w:rsidRPr="00DA325E">
        <w:rPr>
          <w:rFonts w:cs="Times New Roman"/>
          <w:color w:val="000000" w:themeColor="text1"/>
          <w:lang w:val="lt-LT"/>
        </w:rPr>
        <w:t>.</w:t>
      </w:r>
    </w:p>
    <w:p w14:paraId="4900BCF7" w14:textId="77777777" w:rsidR="008E48D9" w:rsidRPr="00DA325E" w:rsidRDefault="008E48D9" w:rsidP="00A71473">
      <w:pPr>
        <w:spacing w:after="0" w:line="240" w:lineRule="auto"/>
        <w:jc w:val="both"/>
        <w:rPr>
          <w:rFonts w:cs="Times New Roman"/>
          <w:color w:val="000000" w:themeColor="text1"/>
          <w:lang w:val="lt-LT"/>
        </w:rPr>
      </w:pPr>
    </w:p>
    <w:p w14:paraId="2D130F32" w14:textId="77777777" w:rsidR="003151FE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IV SKYRIUS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br/>
        <w:t>DUOMENŲ TVARKYMAS IR APSAUGA</w:t>
      </w:r>
    </w:p>
    <w:p w14:paraId="44EBD63D" w14:textId="77777777" w:rsidR="00FC6FBE" w:rsidRPr="00DA325E" w:rsidRDefault="00FC6FBE" w:rsidP="00A71473">
      <w:pPr>
        <w:spacing w:after="0" w:line="240" w:lineRule="auto"/>
        <w:rPr>
          <w:color w:val="000000" w:themeColor="text1"/>
          <w:lang w:val="lt-LT"/>
        </w:rPr>
      </w:pPr>
    </w:p>
    <w:p w14:paraId="2ECC4482" w14:textId="19BC176C" w:rsidR="00FE06B5" w:rsidRPr="00DA325E" w:rsidRDefault="00DD38CC" w:rsidP="00A71473">
      <w:pPr>
        <w:spacing w:after="0" w:line="240" w:lineRule="auto"/>
        <w:jc w:val="center"/>
        <w:rPr>
          <w:b/>
          <w:bCs/>
          <w:color w:val="000000" w:themeColor="text1"/>
          <w:lang w:val="lt-LT"/>
        </w:rPr>
      </w:pPr>
      <w:r w:rsidRPr="00DA325E">
        <w:rPr>
          <w:b/>
          <w:bCs/>
          <w:color w:val="000000" w:themeColor="text1"/>
          <w:lang w:val="lt-LT"/>
        </w:rPr>
        <w:t>P</w:t>
      </w:r>
      <w:r w:rsidR="00C11850" w:rsidRPr="00DA325E">
        <w:rPr>
          <w:b/>
          <w:bCs/>
          <w:color w:val="000000" w:themeColor="text1"/>
          <w:lang w:val="lt-LT"/>
        </w:rPr>
        <w:t>IRMA</w:t>
      </w:r>
      <w:r w:rsidR="00A0384D" w:rsidRPr="00DA325E">
        <w:rPr>
          <w:b/>
          <w:bCs/>
          <w:color w:val="000000" w:themeColor="text1"/>
          <w:lang w:val="lt-LT"/>
        </w:rPr>
        <w:t xml:space="preserve">SIS </w:t>
      </w:r>
      <w:r w:rsidR="005C18EF" w:rsidRPr="00DA325E">
        <w:rPr>
          <w:b/>
          <w:bCs/>
          <w:color w:val="000000" w:themeColor="text1"/>
          <w:lang w:val="lt-LT"/>
        </w:rPr>
        <w:t>SKIRS</w:t>
      </w:r>
      <w:r w:rsidR="00156FC9" w:rsidRPr="00DA325E">
        <w:rPr>
          <w:b/>
          <w:bCs/>
          <w:color w:val="000000" w:themeColor="text1"/>
          <w:lang w:val="lt-LT"/>
        </w:rPr>
        <w:t>NIS</w:t>
      </w:r>
    </w:p>
    <w:p w14:paraId="35AB4FC7" w14:textId="5CCEE03E" w:rsidR="002D1E96" w:rsidRPr="00DA325E" w:rsidRDefault="002D1E96" w:rsidP="00A71473">
      <w:pPr>
        <w:spacing w:after="0" w:line="240" w:lineRule="auto"/>
        <w:jc w:val="center"/>
        <w:rPr>
          <w:b/>
          <w:bCs/>
          <w:color w:val="000000" w:themeColor="text1"/>
          <w:lang w:val="lt-LT"/>
        </w:rPr>
      </w:pPr>
      <w:r w:rsidRPr="00DA325E">
        <w:rPr>
          <w:b/>
          <w:bCs/>
          <w:color w:val="000000" w:themeColor="text1"/>
          <w:lang w:val="lt-LT"/>
        </w:rPr>
        <w:t>B</w:t>
      </w:r>
      <w:r w:rsidR="00252A05" w:rsidRPr="00DA325E">
        <w:rPr>
          <w:b/>
          <w:bCs/>
          <w:color w:val="000000" w:themeColor="text1"/>
          <w:lang w:val="lt-LT"/>
        </w:rPr>
        <w:t>N</w:t>
      </w:r>
      <w:r w:rsidR="008B0E30" w:rsidRPr="00DA325E">
        <w:rPr>
          <w:b/>
          <w:bCs/>
          <w:color w:val="000000" w:themeColor="text1"/>
          <w:lang w:val="lt-LT"/>
        </w:rPr>
        <w:t>DRIE</w:t>
      </w:r>
      <w:r w:rsidR="00D13ADD" w:rsidRPr="00DA325E">
        <w:rPr>
          <w:b/>
          <w:bCs/>
          <w:color w:val="000000" w:themeColor="text1"/>
          <w:lang w:val="lt-LT"/>
        </w:rPr>
        <w:t>JI REIK</w:t>
      </w:r>
      <w:r w:rsidR="00643075" w:rsidRPr="00DA325E">
        <w:rPr>
          <w:b/>
          <w:bCs/>
          <w:color w:val="000000" w:themeColor="text1"/>
          <w:lang w:val="lt-LT"/>
        </w:rPr>
        <w:t>ALAV</w:t>
      </w:r>
      <w:r w:rsidR="00601746" w:rsidRPr="00DA325E">
        <w:rPr>
          <w:b/>
          <w:bCs/>
          <w:color w:val="000000" w:themeColor="text1"/>
          <w:lang w:val="lt-LT"/>
        </w:rPr>
        <w:t>IMAI</w:t>
      </w:r>
    </w:p>
    <w:p w14:paraId="236AAC13" w14:textId="1BAF786B" w:rsidR="00C275EA" w:rsidRPr="00DA325E" w:rsidRDefault="00C275EA" w:rsidP="00A71473">
      <w:pPr>
        <w:spacing w:after="0" w:line="240" w:lineRule="auto"/>
        <w:rPr>
          <w:color w:val="000000" w:themeColor="text1"/>
          <w:lang w:val="lt-LT"/>
        </w:rPr>
      </w:pPr>
    </w:p>
    <w:p w14:paraId="380160D1" w14:textId="47427021" w:rsidR="006E109C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DA047C" w:rsidRPr="00DA325E">
        <w:rPr>
          <w:color w:val="000000" w:themeColor="text1"/>
          <w:lang w:val="lt-LT"/>
        </w:rPr>
        <w:t>DT kontaktų sąraš</w:t>
      </w:r>
      <w:r w:rsidR="25548081" w:rsidRPr="00DA325E">
        <w:rPr>
          <w:color w:val="000000" w:themeColor="text1"/>
          <w:lang w:val="lt-LT"/>
        </w:rPr>
        <w:t xml:space="preserve">ui sudaryti </w:t>
      </w:r>
      <w:r w:rsidR="00DA047C" w:rsidRPr="00DA325E">
        <w:rPr>
          <w:color w:val="000000" w:themeColor="text1"/>
          <w:lang w:val="lt-LT"/>
        </w:rPr>
        <w:t>asmens duomenys</w:t>
      </w:r>
      <w:r w:rsidR="00BD7FBC" w:rsidRPr="00DA325E">
        <w:rPr>
          <w:color w:val="000000" w:themeColor="text1"/>
          <w:lang w:val="lt-LT"/>
        </w:rPr>
        <w:t xml:space="preserve"> renkami vadovaujantis DT duoto sutikimo pagrindu ir</w:t>
      </w:r>
      <w:r w:rsidR="00DA047C" w:rsidRPr="00DA325E">
        <w:rPr>
          <w:color w:val="000000" w:themeColor="text1"/>
          <w:lang w:val="lt-LT"/>
        </w:rPr>
        <w:t xml:space="preserve"> tvarkomi laikantis Bendrojo duomenų apsaugos reglamento</w:t>
      </w:r>
      <w:r w:rsidR="008F2E20" w:rsidRPr="00DA325E">
        <w:rPr>
          <w:color w:val="000000" w:themeColor="text1"/>
          <w:lang w:val="lt-LT"/>
        </w:rPr>
        <w:t xml:space="preserve"> (BDAR)</w:t>
      </w:r>
      <w:r w:rsidR="00DA047C" w:rsidRPr="00DA325E">
        <w:rPr>
          <w:color w:val="000000" w:themeColor="text1"/>
          <w:lang w:val="lt-LT"/>
        </w:rPr>
        <w:t xml:space="preserve">, Lietuvos Respublikos asmens duomenų teisinės apsaugos įstatymo ir kitų asmens duomenų tvarkymą reglamentuojančių teisės aktų bei </w:t>
      </w:r>
      <w:r w:rsidR="008F2E20" w:rsidRPr="00DA325E">
        <w:rPr>
          <w:color w:val="000000" w:themeColor="text1"/>
          <w:lang w:val="lt-LT"/>
        </w:rPr>
        <w:t>LMT</w:t>
      </w:r>
      <w:r w:rsidR="00DA047C" w:rsidRPr="00DA325E">
        <w:rPr>
          <w:color w:val="000000" w:themeColor="text1"/>
          <w:lang w:val="lt-LT"/>
        </w:rPr>
        <w:t xml:space="preserve"> </w:t>
      </w:r>
      <w:r w:rsidR="006E397C" w:rsidRPr="00DA325E">
        <w:rPr>
          <w:color w:val="000000" w:themeColor="text1"/>
          <w:lang w:val="lt-LT"/>
        </w:rPr>
        <w:t>asmens duomenų apsaugą reglamentuojanči</w:t>
      </w:r>
      <w:r w:rsidR="0008555F" w:rsidRPr="00DA325E">
        <w:rPr>
          <w:color w:val="000000" w:themeColor="text1"/>
          <w:lang w:val="lt-LT"/>
        </w:rPr>
        <w:t xml:space="preserve">ų </w:t>
      </w:r>
      <w:r w:rsidR="00DA047C" w:rsidRPr="00DA325E">
        <w:rPr>
          <w:color w:val="000000" w:themeColor="text1"/>
          <w:lang w:val="lt-LT"/>
        </w:rPr>
        <w:t>teisės aktų reikalavimų.</w:t>
      </w:r>
    </w:p>
    <w:p w14:paraId="7146CA15" w14:textId="771FD799" w:rsidR="00F543E9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t> </w:t>
      </w:r>
      <w:r w:rsidR="00F543E9" w:rsidRPr="00DA325E">
        <w:rPr>
          <w:color w:val="000000" w:themeColor="text1"/>
          <w:lang w:val="lt-LT"/>
        </w:rPr>
        <w:t>DT asmens duomenys tvarkomi Aprašo 2 punkte nurodytais tikslais ir saugomi iki DT išbraukimo iš DT kontaktų sąrašo Aprašo 11 punkte nustatyta tvarka.</w:t>
      </w:r>
    </w:p>
    <w:p w14:paraId="653E50A7" w14:textId="1B9EF7EE" w:rsidR="0043378C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4E7EF6" w:rsidRPr="00DA325E">
        <w:rPr>
          <w:color w:val="000000" w:themeColor="text1"/>
          <w:lang w:val="lt-LT"/>
        </w:rPr>
        <w:t xml:space="preserve">DT </w:t>
      </w:r>
      <w:r w:rsidR="00E01130" w:rsidRPr="00DA325E">
        <w:rPr>
          <w:color w:val="000000" w:themeColor="text1"/>
          <w:lang w:val="lt-LT"/>
        </w:rPr>
        <w:t>duomenų</w:t>
      </w:r>
      <w:r w:rsidR="00744A97" w:rsidRPr="00DA325E">
        <w:rPr>
          <w:color w:val="000000" w:themeColor="text1"/>
          <w:lang w:val="lt-LT"/>
        </w:rPr>
        <w:t xml:space="preserve"> perdavimas </w:t>
      </w:r>
      <w:r w:rsidR="00F016DE" w:rsidRPr="00DA325E">
        <w:rPr>
          <w:color w:val="000000" w:themeColor="text1"/>
          <w:lang w:val="lt-LT"/>
        </w:rPr>
        <w:t>Socialiniams partneriams</w:t>
      </w:r>
      <w:r w:rsidR="00FC2D70" w:rsidRPr="00DA325E">
        <w:rPr>
          <w:color w:val="000000" w:themeColor="text1"/>
          <w:lang w:val="lt-LT"/>
        </w:rPr>
        <w:t xml:space="preserve"> </w:t>
      </w:r>
      <w:r w:rsidR="00744A97" w:rsidRPr="00DA325E">
        <w:rPr>
          <w:color w:val="000000" w:themeColor="text1"/>
          <w:lang w:val="lt-LT"/>
        </w:rPr>
        <w:t xml:space="preserve">galimas tik esant teisiniam pagrindui </w:t>
      </w:r>
      <w:r w:rsidR="00501C11" w:rsidRPr="00DA325E">
        <w:rPr>
          <w:color w:val="000000" w:themeColor="text1"/>
          <w:lang w:val="lt-LT"/>
        </w:rPr>
        <w:t>apie</w:t>
      </w:r>
      <w:r w:rsidR="00744A97" w:rsidRPr="00DA325E">
        <w:rPr>
          <w:color w:val="000000" w:themeColor="text1"/>
          <w:lang w:val="lt-LT"/>
        </w:rPr>
        <w:t xml:space="preserve"> </w:t>
      </w:r>
      <w:r w:rsidR="00501C11" w:rsidRPr="00DA325E">
        <w:rPr>
          <w:color w:val="000000" w:themeColor="text1"/>
          <w:lang w:val="lt-LT"/>
        </w:rPr>
        <w:t xml:space="preserve">tai pažymint </w:t>
      </w:r>
      <w:r w:rsidR="00DA034D" w:rsidRPr="00DA325E">
        <w:rPr>
          <w:color w:val="000000" w:themeColor="text1"/>
          <w:lang w:val="lt-LT"/>
        </w:rPr>
        <w:t>Ap</w:t>
      </w:r>
      <w:r w:rsidR="00F430FD" w:rsidRPr="00DA325E">
        <w:rPr>
          <w:color w:val="000000" w:themeColor="text1"/>
          <w:lang w:val="lt-LT"/>
        </w:rPr>
        <w:t>rašo</w:t>
      </w:r>
      <w:r w:rsidR="006E78A7" w:rsidRPr="00DA325E">
        <w:rPr>
          <w:color w:val="000000" w:themeColor="text1"/>
          <w:lang w:val="lt-LT"/>
        </w:rPr>
        <w:t xml:space="preserve"> </w:t>
      </w:r>
      <w:r w:rsidR="00501C11" w:rsidRPr="00DA325E">
        <w:rPr>
          <w:color w:val="000000" w:themeColor="text1"/>
          <w:lang w:val="lt-LT"/>
        </w:rPr>
        <w:t>1</w:t>
      </w:r>
      <w:r w:rsidR="002C327C" w:rsidRPr="00DA325E">
        <w:rPr>
          <w:color w:val="000000" w:themeColor="text1"/>
          <w:lang w:val="lt-LT"/>
        </w:rPr>
        <w:t>6</w:t>
      </w:r>
      <w:r w:rsidR="00003636" w:rsidRPr="00DA325E">
        <w:rPr>
          <w:color w:val="000000" w:themeColor="text1"/>
          <w:lang w:val="lt-LT"/>
        </w:rPr>
        <w:t>.3.</w:t>
      </w:r>
      <w:r w:rsidR="00501C11" w:rsidRPr="00DA325E">
        <w:rPr>
          <w:color w:val="000000" w:themeColor="text1"/>
          <w:lang w:val="lt-LT"/>
        </w:rPr>
        <w:t xml:space="preserve"> p</w:t>
      </w:r>
      <w:r w:rsidR="002C327C" w:rsidRPr="00DA325E">
        <w:rPr>
          <w:color w:val="000000" w:themeColor="text1"/>
          <w:lang w:val="lt-LT"/>
        </w:rPr>
        <w:t>unkte</w:t>
      </w:r>
      <w:r w:rsidR="00501C11" w:rsidRPr="00DA325E">
        <w:rPr>
          <w:color w:val="000000" w:themeColor="text1"/>
          <w:lang w:val="lt-LT"/>
        </w:rPr>
        <w:t xml:space="preserve"> nurodytame sutikime. </w:t>
      </w:r>
    </w:p>
    <w:p w14:paraId="73695AFA" w14:textId="77777777" w:rsidR="0045610A" w:rsidRPr="00DA325E" w:rsidRDefault="0045610A" w:rsidP="00A71473">
      <w:pPr>
        <w:spacing w:after="0" w:line="240" w:lineRule="auto"/>
        <w:jc w:val="both"/>
        <w:rPr>
          <w:rFonts w:cs="Times New Roman"/>
          <w:color w:val="000000" w:themeColor="text1"/>
          <w:lang w:val="lt-LT"/>
        </w:rPr>
      </w:pPr>
    </w:p>
    <w:p w14:paraId="525E17CE" w14:textId="6015DFE6" w:rsidR="0045610A" w:rsidRPr="00DA325E" w:rsidRDefault="0033564B" w:rsidP="00A71473">
      <w:pPr>
        <w:spacing w:after="0" w:line="240" w:lineRule="auto"/>
        <w:jc w:val="center"/>
        <w:rPr>
          <w:rFonts w:cs="Times New Roman"/>
          <w:b/>
          <w:bCs/>
          <w:color w:val="000000" w:themeColor="text1"/>
          <w:lang w:val="lt-LT"/>
        </w:rPr>
      </w:pPr>
      <w:r w:rsidRPr="00DA325E">
        <w:rPr>
          <w:rFonts w:cs="Times New Roman"/>
          <w:b/>
          <w:bCs/>
          <w:color w:val="000000" w:themeColor="text1"/>
          <w:lang w:val="lt-LT"/>
        </w:rPr>
        <w:t>AN</w:t>
      </w:r>
      <w:r w:rsidR="00CC3F94" w:rsidRPr="00DA325E">
        <w:rPr>
          <w:rFonts w:cs="Times New Roman"/>
          <w:b/>
          <w:bCs/>
          <w:color w:val="000000" w:themeColor="text1"/>
          <w:lang w:val="lt-LT"/>
        </w:rPr>
        <w:t>TRASI</w:t>
      </w:r>
      <w:r w:rsidR="00D11973" w:rsidRPr="00DA325E">
        <w:rPr>
          <w:rFonts w:cs="Times New Roman"/>
          <w:b/>
          <w:bCs/>
          <w:color w:val="000000" w:themeColor="text1"/>
          <w:lang w:val="lt-LT"/>
        </w:rPr>
        <w:t>S</w:t>
      </w:r>
      <w:r w:rsidR="0045610A" w:rsidRPr="00DA325E">
        <w:rPr>
          <w:rFonts w:cs="Times New Roman"/>
          <w:b/>
          <w:bCs/>
          <w:color w:val="000000" w:themeColor="text1"/>
          <w:lang w:val="lt-LT"/>
        </w:rPr>
        <w:t xml:space="preserve"> SKIRSNIS</w:t>
      </w:r>
    </w:p>
    <w:p w14:paraId="07A70821" w14:textId="73829DF9" w:rsidR="0045610A" w:rsidRPr="00DA325E" w:rsidRDefault="007F5717" w:rsidP="00A71473">
      <w:pPr>
        <w:spacing w:after="0" w:line="240" w:lineRule="auto"/>
        <w:jc w:val="center"/>
        <w:rPr>
          <w:rFonts w:cs="Times New Roman"/>
          <w:b/>
          <w:bCs/>
          <w:color w:val="000000" w:themeColor="text1"/>
          <w:lang w:val="lt-LT"/>
        </w:rPr>
      </w:pPr>
      <w:r w:rsidRPr="00DA325E">
        <w:rPr>
          <w:rFonts w:cs="Times New Roman"/>
          <w:b/>
          <w:bCs/>
          <w:color w:val="000000" w:themeColor="text1"/>
          <w:lang w:val="lt-LT"/>
        </w:rPr>
        <w:t>IT SPRENDINYS IR PRIE</w:t>
      </w:r>
      <w:r w:rsidR="00945890" w:rsidRPr="00DA325E">
        <w:rPr>
          <w:rFonts w:cs="Times New Roman"/>
          <w:b/>
          <w:bCs/>
          <w:color w:val="000000" w:themeColor="text1"/>
          <w:lang w:val="lt-LT"/>
        </w:rPr>
        <w:t>I</w:t>
      </w:r>
      <w:r w:rsidRPr="00DA325E">
        <w:rPr>
          <w:rFonts w:cs="Times New Roman"/>
          <w:b/>
          <w:bCs/>
          <w:color w:val="000000" w:themeColor="text1"/>
          <w:lang w:val="lt-LT"/>
        </w:rPr>
        <w:t>GŲ VALDYMAS</w:t>
      </w:r>
    </w:p>
    <w:p w14:paraId="33191748" w14:textId="77777777" w:rsidR="0045610A" w:rsidRPr="00DA325E" w:rsidRDefault="0045610A" w:rsidP="00A71473">
      <w:pPr>
        <w:pStyle w:val="ListParagraph"/>
        <w:spacing w:after="0" w:line="240" w:lineRule="auto"/>
        <w:jc w:val="both"/>
        <w:rPr>
          <w:color w:val="000000" w:themeColor="text1"/>
          <w:lang w:val="lt-LT"/>
        </w:rPr>
      </w:pPr>
    </w:p>
    <w:p w14:paraId="74BDBB84" w14:textId="3C9A15F1" w:rsidR="00ED75CC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E556B4" w:rsidRPr="00DA325E">
        <w:rPr>
          <w:color w:val="000000" w:themeColor="text1"/>
          <w:lang w:val="lt-LT"/>
        </w:rPr>
        <w:t xml:space="preserve">DT kontaktų sąrašas tvarkomas Lietuvos mokslo tarybos dokumentų valdymo sistemoje (toliau – DVS). DT kontaktų sąrašo duomenys saugomi </w:t>
      </w:r>
      <w:r w:rsidR="002D1149" w:rsidRPr="00DA325E">
        <w:rPr>
          <w:color w:val="000000" w:themeColor="text1"/>
          <w:lang w:val="lt-LT"/>
        </w:rPr>
        <w:t>ats</w:t>
      </w:r>
      <w:r w:rsidR="00DD5ABD" w:rsidRPr="00DA325E">
        <w:rPr>
          <w:color w:val="000000" w:themeColor="text1"/>
          <w:lang w:val="lt-LT"/>
        </w:rPr>
        <w:t>kiroje</w:t>
      </w:r>
      <w:r w:rsidR="00A55637" w:rsidRPr="00DA325E">
        <w:rPr>
          <w:color w:val="000000" w:themeColor="text1"/>
          <w:lang w:val="lt-LT"/>
        </w:rPr>
        <w:t xml:space="preserve"> </w:t>
      </w:r>
      <w:r w:rsidR="00E556B4" w:rsidRPr="00DA325E">
        <w:rPr>
          <w:color w:val="000000" w:themeColor="text1"/>
          <w:lang w:val="lt-LT"/>
        </w:rPr>
        <w:t>DVS byloje</w:t>
      </w:r>
      <w:r w:rsidR="00E13A9F" w:rsidRPr="00DA325E">
        <w:rPr>
          <w:color w:val="000000" w:themeColor="text1"/>
          <w:lang w:val="lt-LT"/>
        </w:rPr>
        <w:t>.</w:t>
      </w:r>
    </w:p>
    <w:p w14:paraId="64A6C188" w14:textId="7E488607" w:rsidR="00340013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E556B4" w:rsidRPr="00DA325E">
        <w:rPr>
          <w:color w:val="000000" w:themeColor="text1"/>
          <w:lang w:val="lt-LT"/>
        </w:rPr>
        <w:t>DT registracija vykdoma per LMT interneto svetainėje pateiktą elektroninę registracijos formą.</w:t>
      </w:r>
    </w:p>
    <w:p w14:paraId="3BCD0B1C" w14:textId="3F4AC5AF" w:rsidR="00340013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E556B4" w:rsidRPr="00DA325E">
        <w:rPr>
          <w:color w:val="000000" w:themeColor="text1"/>
          <w:lang w:val="lt-LT"/>
        </w:rPr>
        <w:t>Užpildžius registracijos formą, registracijos duomenys elektroniniu paštu perduodami LMT pirmininko įsakymu paskirtam atsakingam darbuotojui, kuris juos įrašo į DVS tvarkomą DT kontaktų sąrašą.</w:t>
      </w:r>
    </w:p>
    <w:p w14:paraId="70FFD2E5" w14:textId="328EB041" w:rsidR="0072700A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lastRenderedPageBreak/>
        <w:t> </w:t>
      </w:r>
      <w:r w:rsidR="00E556B4" w:rsidRPr="00DA325E">
        <w:rPr>
          <w:color w:val="000000" w:themeColor="text1"/>
          <w:lang w:val="lt-LT"/>
        </w:rPr>
        <w:t xml:space="preserve">Prieiga prie DT kontaktų sąrašo suteikiama tik LMT </w:t>
      </w:r>
      <w:r w:rsidR="008F7F45" w:rsidRPr="00DA325E">
        <w:rPr>
          <w:color w:val="000000" w:themeColor="text1"/>
          <w:lang w:val="lt-LT"/>
        </w:rPr>
        <w:t>pirmininko ar pirmininko pavaduotojo</w:t>
      </w:r>
      <w:r w:rsidR="00E556B4" w:rsidRPr="00DA325E">
        <w:rPr>
          <w:color w:val="000000" w:themeColor="text1"/>
          <w:lang w:val="lt-LT"/>
        </w:rPr>
        <w:t xml:space="preserve"> paskirtiems darbuotojams, kuriems ji būtina jų funkcijoms vykdyti.</w:t>
      </w:r>
    </w:p>
    <w:p w14:paraId="7822C906" w14:textId="270C73BF" w:rsidR="0014477C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E556B4" w:rsidRPr="00DA325E">
        <w:rPr>
          <w:color w:val="000000" w:themeColor="text1"/>
          <w:lang w:val="lt-LT"/>
        </w:rPr>
        <w:t>Tvarkant DT kontaktų sąrašą užtikrinamas duomenų vientisumas, konfidencialumas ir prieinamumas, laikantis šiame Apraše bei asmens duomenų apsaugą reglamentuojančiuose teisės aktuose nustatytų reikalavimų.</w:t>
      </w:r>
    </w:p>
    <w:p w14:paraId="29206D7C" w14:textId="23C140D4" w:rsidR="001A4CE8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>IT sprendinyje užtikrinama:</w:t>
      </w:r>
    </w:p>
    <w:p w14:paraId="505309CE" w14:textId="1F1642C0" w:rsidR="002B5017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 registracijos forma LMT </w:t>
      </w:r>
      <w:r w:rsidR="00B53037" w:rsidRPr="00DA325E">
        <w:rPr>
          <w:rFonts w:cs="Times New Roman"/>
          <w:color w:val="000000" w:themeColor="text1"/>
          <w:lang w:val="lt-LT"/>
        </w:rPr>
        <w:t xml:space="preserve">interneto </w:t>
      </w:r>
      <w:r w:rsidRPr="00DA325E">
        <w:rPr>
          <w:rFonts w:cs="Times New Roman"/>
          <w:color w:val="000000" w:themeColor="text1"/>
          <w:lang w:val="lt-LT"/>
        </w:rPr>
        <w:t>svetainėje</w:t>
      </w:r>
      <w:r w:rsidR="0055660F" w:rsidRPr="00DA325E">
        <w:rPr>
          <w:rFonts w:cs="Times New Roman"/>
          <w:color w:val="000000" w:themeColor="text1"/>
          <w:lang w:val="lt-LT"/>
        </w:rPr>
        <w:t>;</w:t>
      </w:r>
    </w:p>
    <w:p w14:paraId="678E06AE" w14:textId="378C7B84" w:rsidR="002B5017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duomenų saugum</w:t>
      </w:r>
      <w:r w:rsidR="00DC25EC" w:rsidRPr="00DA325E">
        <w:rPr>
          <w:rFonts w:cs="Times New Roman"/>
          <w:color w:val="000000" w:themeColor="text1"/>
          <w:lang w:val="lt-LT"/>
        </w:rPr>
        <w:t>as</w:t>
      </w:r>
      <w:r w:rsidRPr="00DA325E">
        <w:rPr>
          <w:rFonts w:cs="Times New Roman"/>
          <w:color w:val="000000" w:themeColor="text1"/>
          <w:lang w:val="lt-LT"/>
        </w:rPr>
        <w:t xml:space="preserve"> pagal galiojančius </w:t>
      </w:r>
      <w:r w:rsidR="00684EED" w:rsidRPr="00DA325E">
        <w:rPr>
          <w:rFonts w:cs="Times New Roman"/>
          <w:color w:val="000000" w:themeColor="text1"/>
          <w:lang w:val="lt-LT"/>
        </w:rPr>
        <w:t>kibernetinės saugos reikalavimus</w:t>
      </w:r>
      <w:r w:rsidRPr="00DA325E">
        <w:rPr>
          <w:rFonts w:cs="Times New Roman"/>
          <w:color w:val="000000" w:themeColor="text1"/>
          <w:lang w:val="lt-LT"/>
        </w:rPr>
        <w:t>;</w:t>
      </w:r>
    </w:p>
    <w:p w14:paraId="3FB031BA" w14:textId="4401B015" w:rsidR="003151FE" w:rsidRPr="00DA325E" w:rsidRDefault="00FA4E81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informacijos </w:t>
      </w:r>
      <w:r w:rsidR="00744A97" w:rsidRPr="00DA325E">
        <w:rPr>
          <w:rFonts w:cs="Times New Roman"/>
          <w:color w:val="000000" w:themeColor="text1"/>
          <w:lang w:val="lt-LT"/>
        </w:rPr>
        <w:t xml:space="preserve">eksportavimo ir </w:t>
      </w:r>
      <w:r w:rsidR="00A175E2" w:rsidRPr="00DA325E">
        <w:rPr>
          <w:rFonts w:cs="Times New Roman"/>
          <w:color w:val="000000" w:themeColor="text1"/>
          <w:lang w:val="lt-LT"/>
        </w:rPr>
        <w:t xml:space="preserve">filtravimo </w:t>
      </w:r>
      <w:r w:rsidR="00744A97" w:rsidRPr="00DA325E">
        <w:rPr>
          <w:rFonts w:cs="Times New Roman"/>
          <w:color w:val="000000" w:themeColor="text1"/>
          <w:lang w:val="lt-LT"/>
        </w:rPr>
        <w:t>galimybės.</w:t>
      </w:r>
    </w:p>
    <w:p w14:paraId="26D3A0DC" w14:textId="77777777" w:rsidR="00407D06" w:rsidRPr="00DA325E" w:rsidRDefault="00407D06" w:rsidP="00A71473">
      <w:pPr>
        <w:pStyle w:val="Heading1"/>
        <w:spacing w:before="0" w:after="0" w:line="240" w:lineRule="auto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</w:p>
    <w:p w14:paraId="79181AA9" w14:textId="25D2E623" w:rsidR="003151FE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V SKYRIUS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br/>
        <w:t>KOMUNIKACIJA SU DIASPOROS TYRĖJAIS</w:t>
      </w:r>
    </w:p>
    <w:p w14:paraId="161112A5" w14:textId="77777777" w:rsidR="00407D06" w:rsidRPr="00DA325E" w:rsidRDefault="00407D06" w:rsidP="00A71473">
      <w:pPr>
        <w:pStyle w:val="ListParagraph"/>
        <w:spacing w:after="0" w:line="240" w:lineRule="auto"/>
        <w:jc w:val="both"/>
        <w:rPr>
          <w:color w:val="000000" w:themeColor="text1"/>
          <w:lang w:val="lt-LT"/>
        </w:rPr>
      </w:pPr>
    </w:p>
    <w:p w14:paraId="18CA2ADB" w14:textId="47E0C1B5" w:rsidR="000E6A41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>Informacija DT kontaktų sąrašo nariams siunčiama laikantis teisėtumo, skaidrumo, tikslingumo ir aktualumo principų.</w:t>
      </w:r>
    </w:p>
    <w:p w14:paraId="2924E223" w14:textId="14741B8B" w:rsidR="000E6A41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>DT kontaktų sąrašo nariams gali būti siunčiama:</w:t>
      </w:r>
    </w:p>
    <w:p w14:paraId="3EBA8B0D" w14:textId="5D729217" w:rsidR="000E6A41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LMT informacija apie kvietimus, programas, renginius ir iniciatyvas;</w:t>
      </w:r>
    </w:p>
    <w:p w14:paraId="035E97F6" w14:textId="2001B5C5" w:rsidR="000E6A41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URM informacija, susijusi su mokslo diplomatija;</w:t>
      </w:r>
    </w:p>
    <w:p w14:paraId="2EF3A78F" w14:textId="4FF8EE87" w:rsidR="000E6A41" w:rsidRPr="00DA325E" w:rsidRDefault="00842A61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kitų </w:t>
      </w:r>
      <w:r w:rsidR="00802561" w:rsidRPr="00DA325E">
        <w:rPr>
          <w:rFonts w:cs="Times New Roman"/>
          <w:color w:val="000000" w:themeColor="text1"/>
          <w:lang w:val="lt-LT"/>
        </w:rPr>
        <w:t>Socialinių partnerių</w:t>
      </w:r>
      <w:r w:rsidR="00744A97" w:rsidRPr="00DA325E">
        <w:rPr>
          <w:rFonts w:cs="Times New Roman"/>
          <w:color w:val="000000" w:themeColor="text1"/>
          <w:lang w:val="lt-LT"/>
        </w:rPr>
        <w:t xml:space="preserve"> informacija, susijusi su mokslo, inovacijų </w:t>
      </w:r>
      <w:r w:rsidR="00B45E31" w:rsidRPr="00DA325E">
        <w:rPr>
          <w:rFonts w:cs="Times New Roman"/>
          <w:color w:val="000000" w:themeColor="text1"/>
          <w:lang w:val="lt-LT"/>
        </w:rPr>
        <w:t>a</w:t>
      </w:r>
      <w:r w:rsidR="00744A97" w:rsidRPr="00DA325E">
        <w:rPr>
          <w:rFonts w:cs="Times New Roman"/>
          <w:color w:val="000000" w:themeColor="text1"/>
          <w:lang w:val="lt-LT"/>
        </w:rPr>
        <w:t>r mokslo diplomatijos veiklomis;</w:t>
      </w:r>
    </w:p>
    <w:p w14:paraId="2B0CA33B" w14:textId="213A2AB9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informacija apie bendradarbiavimo, </w:t>
      </w:r>
      <w:r w:rsidR="00323EF5" w:rsidRPr="00DA325E">
        <w:rPr>
          <w:rFonts w:cs="Times New Roman"/>
          <w:color w:val="000000" w:themeColor="text1"/>
          <w:lang w:val="lt-LT"/>
        </w:rPr>
        <w:t xml:space="preserve">dalyvavimo </w:t>
      </w:r>
      <w:r w:rsidRPr="00DA325E">
        <w:rPr>
          <w:rFonts w:cs="Times New Roman"/>
          <w:color w:val="000000" w:themeColor="text1"/>
          <w:lang w:val="lt-LT"/>
        </w:rPr>
        <w:t xml:space="preserve">mentorystės, ekspertinės veiklos, </w:t>
      </w:r>
      <w:r w:rsidR="00FD59D1" w:rsidRPr="00DA325E">
        <w:rPr>
          <w:rFonts w:cs="Times New Roman"/>
          <w:color w:val="000000" w:themeColor="text1"/>
          <w:lang w:val="lt-LT"/>
        </w:rPr>
        <w:t xml:space="preserve">taip pat </w:t>
      </w:r>
      <w:r w:rsidRPr="00DA325E">
        <w:rPr>
          <w:rFonts w:cs="Times New Roman"/>
          <w:color w:val="000000" w:themeColor="text1"/>
          <w:lang w:val="lt-LT"/>
        </w:rPr>
        <w:t>projekt</w:t>
      </w:r>
      <w:r w:rsidR="00D27219" w:rsidRPr="00DA325E">
        <w:rPr>
          <w:rFonts w:cs="Times New Roman"/>
          <w:color w:val="000000" w:themeColor="text1"/>
          <w:lang w:val="lt-LT"/>
        </w:rPr>
        <w:t>uose</w:t>
      </w:r>
      <w:r w:rsidRPr="00DA325E">
        <w:rPr>
          <w:rFonts w:cs="Times New Roman"/>
          <w:color w:val="000000" w:themeColor="text1"/>
          <w:lang w:val="lt-LT"/>
        </w:rPr>
        <w:t xml:space="preserve"> ir rengini</w:t>
      </w:r>
      <w:r w:rsidR="00D27219" w:rsidRPr="00DA325E">
        <w:rPr>
          <w:rFonts w:cs="Times New Roman"/>
          <w:color w:val="000000" w:themeColor="text1"/>
          <w:lang w:val="lt-LT"/>
        </w:rPr>
        <w:t>uose</w:t>
      </w:r>
      <w:r w:rsidR="00463EA3" w:rsidRPr="00DA325E">
        <w:rPr>
          <w:rFonts w:cs="Times New Roman"/>
          <w:color w:val="000000" w:themeColor="text1"/>
          <w:lang w:val="lt-LT"/>
        </w:rPr>
        <w:t xml:space="preserve"> </w:t>
      </w:r>
      <w:r w:rsidRPr="00DA325E">
        <w:rPr>
          <w:rFonts w:cs="Times New Roman"/>
          <w:color w:val="000000" w:themeColor="text1"/>
          <w:lang w:val="lt-LT"/>
        </w:rPr>
        <w:t>galimybes.</w:t>
      </w:r>
    </w:p>
    <w:p w14:paraId="1EDEC5BC" w14:textId="45514E5B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 xml:space="preserve">Visa siunčiama informacija turi atitikti šio Aprašo tikslus ir būti aktuali </w:t>
      </w:r>
      <w:r w:rsidR="00463EA3" w:rsidRPr="00DA325E">
        <w:rPr>
          <w:color w:val="000000" w:themeColor="text1"/>
          <w:lang w:val="lt-LT"/>
        </w:rPr>
        <w:t>DT</w:t>
      </w:r>
      <w:r w:rsidR="00744A97" w:rsidRPr="00DA325E">
        <w:rPr>
          <w:color w:val="000000" w:themeColor="text1"/>
          <w:lang w:val="lt-LT"/>
        </w:rPr>
        <w:t>.</w:t>
      </w:r>
    </w:p>
    <w:p w14:paraId="635472B8" w14:textId="5B37CF00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 xml:space="preserve">Informacija siunčiama </w:t>
      </w:r>
      <w:r w:rsidR="00FD05B5" w:rsidRPr="00DA325E">
        <w:rPr>
          <w:color w:val="000000" w:themeColor="text1"/>
          <w:lang w:val="lt-LT"/>
        </w:rPr>
        <w:t xml:space="preserve">naujienlaiškių forma </w:t>
      </w:r>
      <w:r w:rsidR="00744A97" w:rsidRPr="00DA325E">
        <w:rPr>
          <w:color w:val="000000" w:themeColor="text1"/>
          <w:lang w:val="lt-LT"/>
        </w:rPr>
        <w:t>periodiškai ir (arba) pagal poreikį. Siuntim</w:t>
      </w:r>
      <w:r w:rsidR="00B0526B" w:rsidRPr="00DA325E">
        <w:rPr>
          <w:color w:val="000000" w:themeColor="text1"/>
          <w:lang w:val="lt-LT"/>
        </w:rPr>
        <w:t>o</w:t>
      </w:r>
      <w:r w:rsidR="00744A97" w:rsidRPr="00DA325E">
        <w:rPr>
          <w:color w:val="000000" w:themeColor="text1"/>
          <w:lang w:val="lt-LT"/>
        </w:rPr>
        <w:t xml:space="preserve"> dažnumas turi būti pagrįstas ir ne</w:t>
      </w:r>
      <w:r w:rsidR="008E1D3E" w:rsidRPr="00DA325E">
        <w:rPr>
          <w:color w:val="000000" w:themeColor="text1"/>
          <w:lang w:val="lt-LT"/>
        </w:rPr>
        <w:t xml:space="preserve"> </w:t>
      </w:r>
      <w:r w:rsidR="00744A97" w:rsidRPr="00DA325E">
        <w:rPr>
          <w:color w:val="000000" w:themeColor="text1"/>
          <w:lang w:val="lt-LT"/>
        </w:rPr>
        <w:t>perteklinis.</w:t>
      </w:r>
    </w:p>
    <w:p w14:paraId="39C1EA3D" w14:textId="070D19F5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236B9A" w:rsidRPr="00DA325E">
        <w:rPr>
          <w:color w:val="000000" w:themeColor="text1"/>
          <w:lang w:val="lt-LT"/>
        </w:rPr>
        <w:t>Socialinių partnerių</w:t>
      </w:r>
      <w:r w:rsidR="00744A97" w:rsidRPr="00DA325E">
        <w:rPr>
          <w:color w:val="000000" w:themeColor="text1"/>
          <w:lang w:val="lt-LT"/>
        </w:rPr>
        <w:t xml:space="preserve"> ar LMT padalinių pateikta informacija, skirta siųsti DT kontaktų sąrašo nariams, išsiunčiama ne vėliau kaip per 7 darbo dienas nuo jos gavimo dienos, jeigu informacija atitinka šio Aprašo tikslus ir yra suderinta pagal LMT vidaus tvark</w:t>
      </w:r>
      <w:r w:rsidR="0068193C" w:rsidRPr="00DA325E">
        <w:rPr>
          <w:color w:val="000000" w:themeColor="text1"/>
          <w:lang w:val="lt-LT"/>
        </w:rPr>
        <w:t>ą</w:t>
      </w:r>
      <w:r w:rsidR="00744A97" w:rsidRPr="00DA325E">
        <w:rPr>
          <w:color w:val="000000" w:themeColor="text1"/>
          <w:lang w:val="lt-LT"/>
        </w:rPr>
        <w:t>.</w:t>
      </w:r>
    </w:p>
    <w:p w14:paraId="5F44077E" w14:textId="1CA96F26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t> </w:t>
      </w:r>
      <w:r w:rsidR="00744A97" w:rsidRPr="00DA325E">
        <w:rPr>
          <w:color w:val="000000" w:themeColor="text1"/>
          <w:lang w:val="lt-LT"/>
        </w:rPr>
        <w:t>Informacijos siuntimas vykdomas per centralizuotą LMT komunikacijos kanalą arba naujienlaiškių siuntimo sistemą, užtikrinant vieningą duomenų naudojimą ir komunikacijos kontrolę.</w:t>
      </w:r>
    </w:p>
    <w:p w14:paraId="1ECC966A" w14:textId="2B19BF8D" w:rsidR="000E6A41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 xml:space="preserve">Siekiant užtikrinti tikslinę komunikaciją, DT kontaktų sąrašas gali būti </w:t>
      </w:r>
      <w:r w:rsidR="00B52A6B" w:rsidRPr="00DA325E">
        <w:rPr>
          <w:color w:val="000000" w:themeColor="text1"/>
          <w:lang w:val="lt-LT"/>
        </w:rPr>
        <w:t>ski</w:t>
      </w:r>
      <w:r w:rsidR="00072187" w:rsidRPr="00DA325E">
        <w:rPr>
          <w:color w:val="000000" w:themeColor="text1"/>
          <w:lang w:val="lt-LT"/>
        </w:rPr>
        <w:t>rsto</w:t>
      </w:r>
      <w:r w:rsidR="00F32C88" w:rsidRPr="00DA325E">
        <w:rPr>
          <w:color w:val="000000" w:themeColor="text1"/>
          <w:lang w:val="lt-LT"/>
        </w:rPr>
        <w:t>mas</w:t>
      </w:r>
      <w:r w:rsidR="00744A97" w:rsidRPr="00DA325E">
        <w:rPr>
          <w:color w:val="000000" w:themeColor="text1"/>
          <w:lang w:val="lt-LT"/>
        </w:rPr>
        <w:t xml:space="preserve"> pagal:</w:t>
      </w:r>
    </w:p>
    <w:p w14:paraId="1C508FE1" w14:textId="6B8E8479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mokslo ar veiklos sritį;</w:t>
      </w:r>
    </w:p>
    <w:p w14:paraId="59AC6F99" w14:textId="366CA6D2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geografinę vietą – šalį ar regioną;</w:t>
      </w:r>
    </w:p>
    <w:p w14:paraId="474217A6" w14:textId="01489A5D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institucijos tipą;</w:t>
      </w:r>
    </w:p>
    <w:p w14:paraId="4D9217B1" w14:textId="59568D9E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asmens interesus ar bendradarbiavimo poreikius.</w:t>
      </w:r>
    </w:p>
    <w:p w14:paraId="78A3B9B7" w14:textId="15D64749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t> </w:t>
      </w:r>
      <w:r w:rsidR="00057841" w:rsidRPr="00DA325E">
        <w:rPr>
          <w:color w:val="000000" w:themeColor="text1"/>
          <w:lang w:val="lt-LT"/>
        </w:rPr>
        <w:t>Apra</w:t>
      </w:r>
      <w:r w:rsidR="00DE1552" w:rsidRPr="00DA325E">
        <w:rPr>
          <w:color w:val="000000" w:themeColor="text1"/>
          <w:lang w:val="lt-LT"/>
        </w:rPr>
        <w:t>šo 3</w:t>
      </w:r>
      <w:r w:rsidR="00D41DE8" w:rsidRPr="00DA325E">
        <w:rPr>
          <w:color w:val="000000" w:themeColor="text1"/>
          <w:lang w:val="lt-LT"/>
        </w:rPr>
        <w:t>2</w:t>
      </w:r>
      <w:r w:rsidR="00DE7AF2" w:rsidRPr="00DA325E">
        <w:rPr>
          <w:color w:val="000000" w:themeColor="text1"/>
          <w:lang w:val="lt-LT"/>
        </w:rPr>
        <w:t xml:space="preserve"> p</w:t>
      </w:r>
      <w:r w:rsidR="00622A5F" w:rsidRPr="00DA325E">
        <w:rPr>
          <w:color w:val="000000" w:themeColor="text1"/>
          <w:lang w:val="lt-LT"/>
        </w:rPr>
        <w:t xml:space="preserve">unkte </w:t>
      </w:r>
      <w:r w:rsidR="00C35F2C" w:rsidRPr="00DA325E">
        <w:rPr>
          <w:color w:val="000000" w:themeColor="text1"/>
          <w:lang w:val="lt-LT"/>
        </w:rPr>
        <w:t>nu</w:t>
      </w:r>
      <w:r w:rsidR="0049192D" w:rsidRPr="00DA325E">
        <w:rPr>
          <w:color w:val="000000" w:themeColor="text1"/>
          <w:lang w:val="lt-LT"/>
        </w:rPr>
        <w:t>rod</w:t>
      </w:r>
      <w:r w:rsidR="0084587A" w:rsidRPr="00DA325E">
        <w:rPr>
          <w:color w:val="000000" w:themeColor="text1"/>
          <w:lang w:val="lt-LT"/>
        </w:rPr>
        <w:t>ytas ski</w:t>
      </w:r>
      <w:r w:rsidR="00B857C3" w:rsidRPr="00DA325E">
        <w:rPr>
          <w:color w:val="000000" w:themeColor="text1"/>
          <w:lang w:val="lt-LT"/>
        </w:rPr>
        <w:t>rsty</w:t>
      </w:r>
      <w:r w:rsidR="00464090" w:rsidRPr="00DA325E">
        <w:rPr>
          <w:color w:val="000000" w:themeColor="text1"/>
          <w:lang w:val="lt-LT"/>
        </w:rPr>
        <w:t>mas</w:t>
      </w:r>
      <w:r w:rsidR="00744A97" w:rsidRPr="00DA325E">
        <w:rPr>
          <w:color w:val="000000" w:themeColor="text1"/>
          <w:lang w:val="lt-LT"/>
        </w:rPr>
        <w:t xml:space="preserve"> taikomas tik komunikacijos tiksla</w:t>
      </w:r>
      <w:r w:rsidR="00D6409E" w:rsidRPr="00DA325E">
        <w:rPr>
          <w:color w:val="000000" w:themeColor="text1"/>
          <w:lang w:val="lt-LT"/>
        </w:rPr>
        <w:t>i</w:t>
      </w:r>
      <w:r w:rsidR="00744A97" w:rsidRPr="00DA325E">
        <w:rPr>
          <w:color w:val="000000" w:themeColor="text1"/>
          <w:lang w:val="lt-LT"/>
        </w:rPr>
        <w:t>s ir nepažeidžiant asmens duomenų apsaugos reikalavimų.</w:t>
      </w:r>
    </w:p>
    <w:p w14:paraId="3C188835" w14:textId="587984CC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 xml:space="preserve">Kiekviename siunčiamame </w:t>
      </w:r>
      <w:r w:rsidR="00455548" w:rsidRPr="00DA325E">
        <w:rPr>
          <w:color w:val="000000" w:themeColor="text1"/>
          <w:lang w:val="lt-LT"/>
        </w:rPr>
        <w:t>nau</w:t>
      </w:r>
      <w:r w:rsidR="009831C9" w:rsidRPr="00DA325E">
        <w:rPr>
          <w:color w:val="000000" w:themeColor="text1"/>
          <w:lang w:val="lt-LT"/>
        </w:rPr>
        <w:t>j</w:t>
      </w:r>
      <w:r w:rsidR="00B32505" w:rsidRPr="00DA325E">
        <w:rPr>
          <w:color w:val="000000" w:themeColor="text1"/>
          <w:lang w:val="lt-LT"/>
        </w:rPr>
        <w:t>ienlaiš</w:t>
      </w:r>
      <w:r w:rsidR="008F08F4" w:rsidRPr="00DA325E">
        <w:rPr>
          <w:color w:val="000000" w:themeColor="text1"/>
          <w:lang w:val="lt-LT"/>
        </w:rPr>
        <w:t xml:space="preserve">kyje </w:t>
      </w:r>
      <w:r w:rsidR="00744A97" w:rsidRPr="00DA325E">
        <w:rPr>
          <w:color w:val="000000" w:themeColor="text1"/>
          <w:lang w:val="lt-LT"/>
        </w:rPr>
        <w:t xml:space="preserve"> privalo būti </w:t>
      </w:r>
      <w:r w:rsidR="00174BAB" w:rsidRPr="00DA325E">
        <w:rPr>
          <w:color w:val="000000" w:themeColor="text1"/>
          <w:lang w:val="lt-LT"/>
        </w:rPr>
        <w:t>nu</w:t>
      </w:r>
      <w:r w:rsidR="00E96514" w:rsidRPr="00DA325E">
        <w:rPr>
          <w:color w:val="000000" w:themeColor="text1"/>
          <w:lang w:val="lt-LT"/>
        </w:rPr>
        <w:t>ro</w:t>
      </w:r>
      <w:r w:rsidR="0088241E" w:rsidRPr="00DA325E">
        <w:rPr>
          <w:color w:val="000000" w:themeColor="text1"/>
          <w:lang w:val="lt-LT"/>
        </w:rPr>
        <w:t>dyta apie</w:t>
      </w:r>
      <w:r w:rsidR="00744A97" w:rsidRPr="00DA325E">
        <w:rPr>
          <w:color w:val="000000" w:themeColor="text1"/>
          <w:lang w:val="lt-LT"/>
        </w:rPr>
        <w:t xml:space="preserve"> galimyb</w:t>
      </w:r>
      <w:r w:rsidR="005E3EFD" w:rsidRPr="00DA325E">
        <w:rPr>
          <w:color w:val="000000" w:themeColor="text1"/>
          <w:lang w:val="lt-LT"/>
        </w:rPr>
        <w:t>ę</w:t>
      </w:r>
      <w:r w:rsidR="00744A97" w:rsidRPr="00DA325E">
        <w:rPr>
          <w:color w:val="000000" w:themeColor="text1"/>
          <w:lang w:val="lt-LT"/>
        </w:rPr>
        <w:t xml:space="preserve"> atsisakyti tolesnių pranešimų. </w:t>
      </w:r>
      <w:r w:rsidR="00C1608E" w:rsidRPr="00DA325E">
        <w:rPr>
          <w:color w:val="000000" w:themeColor="text1"/>
          <w:lang w:val="lt-LT"/>
        </w:rPr>
        <w:t>DT</w:t>
      </w:r>
      <w:r w:rsidR="00440E53" w:rsidRPr="00DA325E">
        <w:rPr>
          <w:color w:val="000000" w:themeColor="text1"/>
          <w:lang w:val="lt-LT"/>
        </w:rPr>
        <w:t xml:space="preserve"> a</w:t>
      </w:r>
      <w:r w:rsidR="00744A97" w:rsidRPr="00DA325E">
        <w:rPr>
          <w:color w:val="000000" w:themeColor="text1"/>
          <w:lang w:val="lt-LT"/>
        </w:rPr>
        <w:t xml:space="preserve">tsisakius </w:t>
      </w:r>
      <w:r w:rsidR="00726E99" w:rsidRPr="00DA325E">
        <w:rPr>
          <w:color w:val="000000" w:themeColor="text1"/>
          <w:lang w:val="lt-LT"/>
        </w:rPr>
        <w:t>jų</w:t>
      </w:r>
      <w:r w:rsidR="00744A97" w:rsidRPr="00DA325E">
        <w:rPr>
          <w:color w:val="000000" w:themeColor="text1"/>
          <w:lang w:val="lt-LT"/>
        </w:rPr>
        <w:t xml:space="preserve">, </w:t>
      </w:r>
      <w:r w:rsidR="00657C50" w:rsidRPr="00DA325E">
        <w:rPr>
          <w:color w:val="000000" w:themeColor="text1"/>
          <w:lang w:val="lt-LT"/>
        </w:rPr>
        <w:t>DT</w:t>
      </w:r>
      <w:r w:rsidR="00637B74" w:rsidRPr="00DA325E">
        <w:rPr>
          <w:color w:val="000000" w:themeColor="text1"/>
          <w:lang w:val="lt-LT"/>
        </w:rPr>
        <w:t xml:space="preserve"> </w:t>
      </w:r>
      <w:r w:rsidR="00744A97" w:rsidRPr="00DA325E">
        <w:rPr>
          <w:color w:val="000000" w:themeColor="text1"/>
          <w:lang w:val="lt-LT"/>
        </w:rPr>
        <w:t>asmens duomenys tvarkomi pagal galiojančią duomenų apsaugos tvarką.</w:t>
      </w:r>
    </w:p>
    <w:p w14:paraId="77C907E7" w14:textId="77777777" w:rsidR="000D4487" w:rsidRPr="00DA325E" w:rsidRDefault="000D4487" w:rsidP="00A71473">
      <w:pPr>
        <w:pStyle w:val="ListParagraph"/>
        <w:spacing w:after="0" w:line="240" w:lineRule="auto"/>
        <w:ind w:left="360"/>
        <w:jc w:val="both"/>
        <w:rPr>
          <w:rFonts w:cs="Times New Roman"/>
          <w:color w:val="000000" w:themeColor="text1"/>
          <w:lang w:val="lt-LT"/>
        </w:rPr>
      </w:pPr>
    </w:p>
    <w:p w14:paraId="142E344B" w14:textId="05537AC2" w:rsidR="003151FE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VI SKYRIUS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br/>
      </w:r>
      <w:r w:rsidR="00395893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STEBĖSENA</w:t>
      </w:r>
    </w:p>
    <w:p w14:paraId="5C27D657" w14:textId="77777777" w:rsidR="00D25081" w:rsidRPr="00DA325E" w:rsidRDefault="00D25081" w:rsidP="00A71473">
      <w:pPr>
        <w:spacing w:after="0" w:line="240" w:lineRule="auto"/>
        <w:jc w:val="both"/>
        <w:rPr>
          <w:color w:val="000000" w:themeColor="text1"/>
          <w:lang w:val="lt-LT"/>
        </w:rPr>
      </w:pPr>
    </w:p>
    <w:p w14:paraId="4B98EF52" w14:textId="48E878AD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>Siekiant užtikrinti DT kontaktų sąrašo aktualumą</w:t>
      </w:r>
      <w:r w:rsidR="00895814" w:rsidRPr="00DA325E">
        <w:rPr>
          <w:color w:val="000000" w:themeColor="text1"/>
          <w:lang w:val="lt-LT"/>
        </w:rPr>
        <w:t>, kokybę</w:t>
      </w:r>
      <w:r w:rsidR="00744A97" w:rsidRPr="00DA325E">
        <w:rPr>
          <w:color w:val="000000" w:themeColor="text1"/>
          <w:lang w:val="lt-LT"/>
        </w:rPr>
        <w:t xml:space="preserve"> ir komunikacijos efektyvumą, vykdoma duomenų, proceso ir komunikacijos </w:t>
      </w:r>
      <w:r w:rsidR="00395893" w:rsidRPr="00DA325E">
        <w:rPr>
          <w:color w:val="000000" w:themeColor="text1"/>
          <w:lang w:val="lt-LT"/>
        </w:rPr>
        <w:t>stebėsena</w:t>
      </w:r>
      <w:r w:rsidR="00744A97" w:rsidRPr="00DA325E">
        <w:rPr>
          <w:color w:val="000000" w:themeColor="text1"/>
          <w:lang w:val="lt-LT"/>
        </w:rPr>
        <w:t>.</w:t>
      </w:r>
    </w:p>
    <w:p w14:paraId="452200F8" w14:textId="196A5446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 xml:space="preserve">Duomenų </w:t>
      </w:r>
      <w:r w:rsidR="001706BB" w:rsidRPr="00DA325E">
        <w:rPr>
          <w:color w:val="000000" w:themeColor="text1"/>
          <w:lang w:val="lt-LT"/>
        </w:rPr>
        <w:t>peržiūra</w:t>
      </w:r>
      <w:r w:rsidR="00744A97" w:rsidRPr="00DA325E">
        <w:rPr>
          <w:color w:val="000000" w:themeColor="text1"/>
          <w:lang w:val="lt-LT"/>
        </w:rPr>
        <w:t xml:space="preserve"> atliekama ne rečiau kaip kas pusmetį. Jo</w:t>
      </w:r>
      <w:r w:rsidR="001706BB" w:rsidRPr="00DA325E">
        <w:rPr>
          <w:color w:val="000000" w:themeColor="text1"/>
          <w:lang w:val="lt-LT"/>
        </w:rPr>
        <w:t>s</w:t>
      </w:r>
      <w:r w:rsidR="00744A97" w:rsidRPr="00DA325E">
        <w:rPr>
          <w:color w:val="000000" w:themeColor="text1"/>
          <w:lang w:val="lt-LT"/>
        </w:rPr>
        <w:t xml:space="preserve"> metu vertinama, ar įrašai </w:t>
      </w:r>
      <w:r w:rsidR="00B61062" w:rsidRPr="00DA325E">
        <w:rPr>
          <w:color w:val="000000" w:themeColor="text1"/>
          <w:lang w:val="lt-LT"/>
        </w:rPr>
        <w:t>api</w:t>
      </w:r>
      <w:r w:rsidR="008E7DF3" w:rsidRPr="00DA325E">
        <w:rPr>
          <w:color w:val="000000" w:themeColor="text1"/>
          <w:lang w:val="lt-LT"/>
        </w:rPr>
        <w:t>e DT</w:t>
      </w:r>
      <w:r w:rsidR="003937F6" w:rsidRPr="00DA325E">
        <w:rPr>
          <w:color w:val="000000" w:themeColor="text1"/>
          <w:lang w:val="lt-LT"/>
        </w:rPr>
        <w:t xml:space="preserve"> </w:t>
      </w:r>
      <w:r w:rsidR="00744A97" w:rsidRPr="00DA325E">
        <w:rPr>
          <w:color w:val="000000" w:themeColor="text1"/>
          <w:lang w:val="lt-LT"/>
        </w:rPr>
        <w:t xml:space="preserve">yra </w:t>
      </w:r>
      <w:r w:rsidR="00D301E8" w:rsidRPr="00DA325E">
        <w:rPr>
          <w:color w:val="000000" w:themeColor="text1"/>
          <w:lang w:val="lt-LT"/>
        </w:rPr>
        <w:t>išsam</w:t>
      </w:r>
      <w:r w:rsidR="000930DE" w:rsidRPr="00DA325E">
        <w:rPr>
          <w:color w:val="000000" w:themeColor="text1"/>
          <w:lang w:val="lt-LT"/>
        </w:rPr>
        <w:t>ūs</w:t>
      </w:r>
      <w:r w:rsidR="00744A97" w:rsidRPr="00DA325E">
        <w:rPr>
          <w:color w:val="000000" w:themeColor="text1"/>
          <w:lang w:val="lt-LT"/>
        </w:rPr>
        <w:t>, ar nėra dubli</w:t>
      </w:r>
      <w:r w:rsidR="00E36AFA" w:rsidRPr="00DA325E">
        <w:rPr>
          <w:color w:val="000000" w:themeColor="text1"/>
          <w:lang w:val="lt-LT"/>
        </w:rPr>
        <w:t>avimosi</w:t>
      </w:r>
      <w:r w:rsidR="00744A97" w:rsidRPr="00DA325E">
        <w:rPr>
          <w:color w:val="000000" w:themeColor="text1"/>
          <w:lang w:val="lt-LT"/>
        </w:rPr>
        <w:t xml:space="preserve"> ir ar el. pašto adresai </w:t>
      </w:r>
      <w:r w:rsidR="00E36AFA" w:rsidRPr="00DA325E">
        <w:rPr>
          <w:color w:val="000000" w:themeColor="text1"/>
          <w:lang w:val="lt-LT"/>
        </w:rPr>
        <w:t xml:space="preserve">yra </w:t>
      </w:r>
      <w:r w:rsidR="00C65D41" w:rsidRPr="00DA325E">
        <w:rPr>
          <w:color w:val="000000" w:themeColor="text1"/>
          <w:lang w:val="lt-LT"/>
        </w:rPr>
        <w:t>akty</w:t>
      </w:r>
      <w:r w:rsidR="00CE5C00" w:rsidRPr="00DA325E">
        <w:rPr>
          <w:color w:val="000000" w:themeColor="text1"/>
          <w:lang w:val="lt-LT"/>
        </w:rPr>
        <w:t>vūs</w:t>
      </w:r>
      <w:r w:rsidR="00744A97" w:rsidRPr="00DA325E">
        <w:rPr>
          <w:color w:val="000000" w:themeColor="text1"/>
          <w:lang w:val="lt-LT"/>
        </w:rPr>
        <w:t>.</w:t>
      </w:r>
    </w:p>
    <w:p w14:paraId="448BFE50" w14:textId="2A7A812B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 xml:space="preserve">Proceso </w:t>
      </w:r>
      <w:r w:rsidR="009C1040" w:rsidRPr="00DA325E">
        <w:rPr>
          <w:color w:val="000000" w:themeColor="text1"/>
          <w:lang w:val="lt-LT"/>
        </w:rPr>
        <w:t>peržiūra</w:t>
      </w:r>
      <w:r w:rsidR="00744A97" w:rsidRPr="00DA325E">
        <w:rPr>
          <w:color w:val="000000" w:themeColor="text1"/>
          <w:lang w:val="lt-LT"/>
        </w:rPr>
        <w:t xml:space="preserve"> atliekama ne rečiau kaip kas pusmetį. Jo</w:t>
      </w:r>
      <w:r w:rsidR="00B14F32" w:rsidRPr="00DA325E">
        <w:rPr>
          <w:color w:val="000000" w:themeColor="text1"/>
          <w:lang w:val="lt-LT"/>
        </w:rPr>
        <w:t>s</w:t>
      </w:r>
      <w:r w:rsidR="00744A97" w:rsidRPr="00DA325E">
        <w:rPr>
          <w:color w:val="000000" w:themeColor="text1"/>
          <w:lang w:val="lt-LT"/>
        </w:rPr>
        <w:t xml:space="preserve"> metu vertinama naujų registracijų</w:t>
      </w:r>
      <w:r w:rsidR="002562DB" w:rsidRPr="00DA325E">
        <w:rPr>
          <w:color w:val="000000" w:themeColor="text1"/>
          <w:lang w:val="lt-LT"/>
        </w:rPr>
        <w:t xml:space="preserve"> ir</w:t>
      </w:r>
      <w:r w:rsidR="00744A97" w:rsidRPr="00DA325E">
        <w:rPr>
          <w:color w:val="000000" w:themeColor="text1"/>
          <w:lang w:val="lt-LT"/>
        </w:rPr>
        <w:t xml:space="preserve"> </w:t>
      </w:r>
      <w:r w:rsidR="007D2108" w:rsidRPr="00DA325E">
        <w:rPr>
          <w:color w:val="000000" w:themeColor="text1"/>
          <w:lang w:val="lt-LT"/>
        </w:rPr>
        <w:t>naujien</w:t>
      </w:r>
      <w:r w:rsidR="00AE250F" w:rsidRPr="00DA325E">
        <w:rPr>
          <w:color w:val="000000" w:themeColor="text1"/>
          <w:lang w:val="lt-LT"/>
        </w:rPr>
        <w:t xml:space="preserve">laiškių </w:t>
      </w:r>
      <w:r w:rsidR="00744A97" w:rsidRPr="00DA325E">
        <w:rPr>
          <w:color w:val="000000" w:themeColor="text1"/>
          <w:lang w:val="lt-LT"/>
        </w:rPr>
        <w:t>atsisakymų</w:t>
      </w:r>
      <w:r w:rsidR="00403ADC" w:rsidRPr="00DA325E">
        <w:rPr>
          <w:color w:val="000000" w:themeColor="text1"/>
          <w:lang w:val="lt-LT"/>
        </w:rPr>
        <w:t xml:space="preserve"> </w:t>
      </w:r>
      <w:r w:rsidR="00825CEF" w:rsidRPr="00DA325E">
        <w:rPr>
          <w:color w:val="000000" w:themeColor="text1"/>
          <w:lang w:val="lt-LT"/>
        </w:rPr>
        <w:t>intensyvumas</w:t>
      </w:r>
      <w:r w:rsidR="00744A97" w:rsidRPr="00DA325E">
        <w:rPr>
          <w:color w:val="000000" w:themeColor="text1"/>
          <w:lang w:val="lt-LT"/>
        </w:rPr>
        <w:t>.</w:t>
      </w:r>
    </w:p>
    <w:p w14:paraId="49A82332" w14:textId="38BA1CD9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 xml:space="preserve">Komunikacijos </w:t>
      </w:r>
      <w:r w:rsidR="009C1040" w:rsidRPr="00DA325E">
        <w:rPr>
          <w:color w:val="000000" w:themeColor="text1"/>
          <w:lang w:val="lt-LT"/>
        </w:rPr>
        <w:t>peržiūra</w:t>
      </w:r>
      <w:r w:rsidR="00744A97" w:rsidRPr="00DA325E">
        <w:rPr>
          <w:color w:val="000000" w:themeColor="text1"/>
          <w:lang w:val="lt-LT"/>
        </w:rPr>
        <w:t xml:space="preserve"> atliekama ne rečiau kaip kas </w:t>
      </w:r>
      <w:r w:rsidR="00043C7C" w:rsidRPr="00DA325E">
        <w:rPr>
          <w:color w:val="000000" w:themeColor="text1"/>
          <w:lang w:val="lt-LT"/>
        </w:rPr>
        <w:t>pusmetį</w:t>
      </w:r>
      <w:r w:rsidR="00744A97" w:rsidRPr="00DA325E">
        <w:rPr>
          <w:color w:val="000000" w:themeColor="text1"/>
          <w:lang w:val="lt-LT"/>
        </w:rPr>
        <w:t>. Jo</w:t>
      </w:r>
      <w:r w:rsidR="009C1040" w:rsidRPr="00DA325E">
        <w:rPr>
          <w:color w:val="000000" w:themeColor="text1"/>
          <w:lang w:val="lt-LT"/>
        </w:rPr>
        <w:t>s</w:t>
      </w:r>
      <w:r w:rsidR="00744A97" w:rsidRPr="00DA325E">
        <w:rPr>
          <w:color w:val="000000" w:themeColor="text1"/>
          <w:lang w:val="lt-LT"/>
        </w:rPr>
        <w:t xml:space="preserve"> metu vertinamas siuntimų, </w:t>
      </w:r>
      <w:r w:rsidR="007E2C37" w:rsidRPr="00DA325E">
        <w:rPr>
          <w:color w:val="000000" w:themeColor="text1"/>
          <w:lang w:val="lt-LT"/>
        </w:rPr>
        <w:t>nauji</w:t>
      </w:r>
      <w:r w:rsidR="007F6870" w:rsidRPr="00DA325E">
        <w:rPr>
          <w:color w:val="000000" w:themeColor="text1"/>
          <w:lang w:val="lt-LT"/>
        </w:rPr>
        <w:t>en</w:t>
      </w:r>
      <w:r w:rsidR="00706884" w:rsidRPr="00DA325E">
        <w:rPr>
          <w:color w:val="000000" w:themeColor="text1"/>
          <w:lang w:val="lt-LT"/>
        </w:rPr>
        <w:t>laišk</w:t>
      </w:r>
      <w:r w:rsidR="00CF0FB6" w:rsidRPr="00DA325E">
        <w:rPr>
          <w:color w:val="000000" w:themeColor="text1"/>
          <w:lang w:val="lt-LT"/>
        </w:rPr>
        <w:t>ių</w:t>
      </w:r>
      <w:r w:rsidR="00E36AFA" w:rsidRPr="00DA325E">
        <w:rPr>
          <w:color w:val="000000" w:themeColor="text1"/>
          <w:lang w:val="lt-LT"/>
        </w:rPr>
        <w:t xml:space="preserve"> </w:t>
      </w:r>
      <w:r w:rsidR="003F069B" w:rsidRPr="00DA325E">
        <w:rPr>
          <w:color w:val="000000" w:themeColor="text1"/>
          <w:lang w:val="lt-LT"/>
        </w:rPr>
        <w:t>p</w:t>
      </w:r>
      <w:r w:rsidR="00A75AD6" w:rsidRPr="00DA325E">
        <w:rPr>
          <w:color w:val="000000" w:themeColor="text1"/>
          <w:lang w:val="lt-LT"/>
        </w:rPr>
        <w:t>e</w:t>
      </w:r>
      <w:r w:rsidR="002A43A0" w:rsidRPr="00DA325E">
        <w:rPr>
          <w:color w:val="000000" w:themeColor="text1"/>
          <w:lang w:val="lt-LT"/>
        </w:rPr>
        <w:t>rskaity</w:t>
      </w:r>
      <w:r w:rsidR="000A3C23" w:rsidRPr="00DA325E">
        <w:rPr>
          <w:color w:val="000000" w:themeColor="text1"/>
          <w:lang w:val="lt-LT"/>
        </w:rPr>
        <w:t>mo</w:t>
      </w:r>
      <w:r w:rsidR="003E26DC" w:rsidRPr="00DA325E">
        <w:rPr>
          <w:color w:val="000000" w:themeColor="text1"/>
          <w:lang w:val="lt-LT"/>
        </w:rPr>
        <w:t xml:space="preserve"> </w:t>
      </w:r>
      <w:r w:rsidR="00E04AEF" w:rsidRPr="00DA325E">
        <w:rPr>
          <w:color w:val="000000" w:themeColor="text1"/>
          <w:lang w:val="lt-LT"/>
        </w:rPr>
        <w:t>skaičius</w:t>
      </w:r>
      <w:r w:rsidR="00744A97" w:rsidRPr="00DA325E">
        <w:rPr>
          <w:color w:val="000000" w:themeColor="text1"/>
          <w:lang w:val="lt-LT"/>
        </w:rPr>
        <w:t>.</w:t>
      </w:r>
    </w:p>
    <w:p w14:paraId="525B10BA" w14:textId="56F17C95" w:rsidR="003151FE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9C1040" w:rsidRPr="00DA325E">
        <w:rPr>
          <w:color w:val="000000" w:themeColor="text1"/>
          <w:lang w:val="lt-LT"/>
        </w:rPr>
        <w:t>Stebėsenos</w:t>
      </w:r>
      <w:r w:rsidR="00744A97" w:rsidRPr="00DA325E">
        <w:rPr>
          <w:color w:val="000000" w:themeColor="text1"/>
          <w:lang w:val="lt-LT"/>
        </w:rPr>
        <w:t xml:space="preserve"> rezultatai naudojami DT kontaktų sąrašo kokybei, komunikacijos aktualumui ir Aprašo praktini</w:t>
      </w:r>
      <w:r w:rsidR="00C50BA2" w:rsidRPr="00DA325E">
        <w:rPr>
          <w:color w:val="000000" w:themeColor="text1"/>
          <w:lang w:val="lt-LT"/>
        </w:rPr>
        <w:t>o</w:t>
      </w:r>
      <w:r w:rsidR="00744A97" w:rsidRPr="00DA325E">
        <w:rPr>
          <w:color w:val="000000" w:themeColor="text1"/>
          <w:lang w:val="lt-LT"/>
        </w:rPr>
        <w:t xml:space="preserve"> taikym</w:t>
      </w:r>
      <w:r w:rsidR="00C50BA2" w:rsidRPr="00DA325E">
        <w:rPr>
          <w:color w:val="000000" w:themeColor="text1"/>
          <w:lang w:val="lt-LT"/>
        </w:rPr>
        <w:t xml:space="preserve">o </w:t>
      </w:r>
      <w:r w:rsidR="00744A97" w:rsidRPr="00DA325E">
        <w:rPr>
          <w:color w:val="000000" w:themeColor="text1"/>
          <w:lang w:val="lt-LT"/>
        </w:rPr>
        <w:t>tobulin</w:t>
      </w:r>
      <w:r w:rsidR="00C50BA2" w:rsidRPr="00DA325E">
        <w:rPr>
          <w:color w:val="000000" w:themeColor="text1"/>
          <w:lang w:val="lt-LT"/>
        </w:rPr>
        <w:t>imui</w:t>
      </w:r>
      <w:r w:rsidR="00744A97" w:rsidRPr="00DA325E">
        <w:rPr>
          <w:color w:val="000000" w:themeColor="text1"/>
          <w:lang w:val="lt-LT"/>
        </w:rPr>
        <w:t>.</w:t>
      </w:r>
    </w:p>
    <w:p w14:paraId="62D8A168" w14:textId="77777777" w:rsidR="00887130" w:rsidRPr="00DA325E" w:rsidRDefault="00887130" w:rsidP="00A71473">
      <w:pPr>
        <w:spacing w:after="0" w:line="240" w:lineRule="auto"/>
        <w:jc w:val="both"/>
        <w:rPr>
          <w:rFonts w:cs="Times New Roman"/>
          <w:color w:val="000000" w:themeColor="text1"/>
          <w:lang w:val="lt-LT"/>
        </w:rPr>
      </w:pPr>
    </w:p>
    <w:p w14:paraId="0A9D8810" w14:textId="77777777" w:rsidR="003151FE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VII SKYRIUS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br/>
        <w:t>ATSAKOMYBĖS</w:t>
      </w:r>
    </w:p>
    <w:p w14:paraId="11B064E1" w14:textId="77777777" w:rsidR="00887130" w:rsidRPr="00DA325E" w:rsidRDefault="00887130" w:rsidP="00A71473">
      <w:pPr>
        <w:pStyle w:val="ListParagraph"/>
        <w:spacing w:after="0" w:line="240" w:lineRule="auto"/>
        <w:jc w:val="both"/>
        <w:rPr>
          <w:color w:val="000000" w:themeColor="text1"/>
          <w:lang w:val="lt-LT"/>
        </w:rPr>
      </w:pPr>
    </w:p>
    <w:p w14:paraId="44A4464E" w14:textId="09455279" w:rsidR="00993459" w:rsidRPr="00DA325E" w:rsidRDefault="00C3349F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lastRenderedPageBreak/>
        <w:t> </w:t>
      </w:r>
      <w:r w:rsidR="009717A4" w:rsidRPr="00DA325E">
        <w:rPr>
          <w:color w:val="000000" w:themeColor="text1"/>
          <w:lang w:val="lt-LT"/>
        </w:rPr>
        <w:t>L</w:t>
      </w:r>
      <w:r w:rsidR="004C0538" w:rsidRPr="00DA325E">
        <w:rPr>
          <w:color w:val="000000" w:themeColor="text1"/>
          <w:lang w:val="lt-LT"/>
        </w:rPr>
        <w:t>MT p</w:t>
      </w:r>
      <w:r w:rsidR="003D5FF4" w:rsidRPr="00DA325E">
        <w:rPr>
          <w:color w:val="000000" w:themeColor="text1"/>
          <w:lang w:val="lt-LT"/>
        </w:rPr>
        <w:t xml:space="preserve">irmininko įsakymu paskiriamas </w:t>
      </w:r>
      <w:r w:rsidR="000B73E7" w:rsidRPr="00DA325E">
        <w:rPr>
          <w:color w:val="000000" w:themeColor="text1"/>
          <w:lang w:val="lt-LT"/>
        </w:rPr>
        <w:t xml:space="preserve">LMT </w:t>
      </w:r>
      <w:r w:rsidR="003D5FF4" w:rsidRPr="00DA325E">
        <w:rPr>
          <w:color w:val="000000" w:themeColor="text1"/>
          <w:lang w:val="lt-LT"/>
        </w:rPr>
        <w:t xml:space="preserve">darbuotojas, atsakingas už </w:t>
      </w:r>
      <w:r w:rsidR="002B1E3F" w:rsidRPr="00DA325E">
        <w:rPr>
          <w:color w:val="000000" w:themeColor="text1"/>
          <w:lang w:val="lt-LT"/>
        </w:rPr>
        <w:t>DT</w:t>
      </w:r>
      <w:r w:rsidR="003D5FF4" w:rsidRPr="00DA325E">
        <w:rPr>
          <w:color w:val="000000" w:themeColor="text1"/>
          <w:lang w:val="lt-LT"/>
        </w:rPr>
        <w:t xml:space="preserve"> kontaktų sąrašo sudarymo, administravimo ir proceso organizavimo pagal </w:t>
      </w:r>
      <w:r w:rsidR="00DF311A" w:rsidRPr="00DA325E">
        <w:rPr>
          <w:color w:val="000000" w:themeColor="text1"/>
          <w:lang w:val="lt-LT"/>
        </w:rPr>
        <w:t>A</w:t>
      </w:r>
      <w:r w:rsidR="00DD1987" w:rsidRPr="00DA325E">
        <w:rPr>
          <w:color w:val="000000" w:themeColor="text1"/>
          <w:lang w:val="lt-LT"/>
        </w:rPr>
        <w:t>praš</w:t>
      </w:r>
      <w:r w:rsidR="00FE6657" w:rsidRPr="00DA325E">
        <w:rPr>
          <w:color w:val="000000" w:themeColor="text1"/>
          <w:lang w:val="lt-LT"/>
        </w:rPr>
        <w:t xml:space="preserve">o </w:t>
      </w:r>
      <w:r w:rsidR="003D5FF4" w:rsidRPr="00DA325E">
        <w:rPr>
          <w:color w:val="000000" w:themeColor="text1"/>
          <w:lang w:val="lt-LT"/>
        </w:rPr>
        <w:t>1 priedą</w:t>
      </w:r>
      <w:r w:rsidR="00604999" w:rsidRPr="00DA325E">
        <w:rPr>
          <w:color w:val="000000" w:themeColor="text1"/>
          <w:lang w:val="lt-LT"/>
        </w:rPr>
        <w:t xml:space="preserve"> ko</w:t>
      </w:r>
      <w:r w:rsidR="009832CD" w:rsidRPr="00DA325E">
        <w:rPr>
          <w:color w:val="000000" w:themeColor="text1"/>
          <w:lang w:val="lt-LT"/>
        </w:rPr>
        <w:t>ordina</w:t>
      </w:r>
      <w:r w:rsidR="00555D5F" w:rsidRPr="00DA325E">
        <w:rPr>
          <w:color w:val="000000" w:themeColor="text1"/>
          <w:lang w:val="lt-LT"/>
        </w:rPr>
        <w:t>vimą</w:t>
      </w:r>
      <w:r w:rsidR="003D5FF4" w:rsidRPr="00DA325E">
        <w:rPr>
          <w:color w:val="000000" w:themeColor="text1"/>
          <w:lang w:val="lt-LT"/>
        </w:rPr>
        <w:t>.</w:t>
      </w:r>
    </w:p>
    <w:p w14:paraId="41C1174F" w14:textId="7ED39CEA" w:rsidR="00993459" w:rsidRPr="00DA325E" w:rsidRDefault="004B3B13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>Už DT kontaktų sąrašo sudarymą, administravimą ir komunikaciją atsakingi LMT padaliniai pagal kompetenciją</w:t>
      </w:r>
      <w:r w:rsidR="00366F01" w:rsidRPr="00DA325E">
        <w:rPr>
          <w:color w:val="000000" w:themeColor="text1"/>
          <w:lang w:val="lt-LT"/>
        </w:rPr>
        <w:t>:</w:t>
      </w:r>
    </w:p>
    <w:p w14:paraId="41FFEADF" w14:textId="0096F1CF" w:rsidR="00993459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Tarptautinio bendradarbiavimo skyrius koordinuoja bendrą procesą, inicijuoja Aprašo pakeitimus, koordinuoja veiklas ir derina su URM bei kit</w:t>
      </w:r>
      <w:r w:rsidR="0049113E" w:rsidRPr="00DA325E">
        <w:rPr>
          <w:rFonts w:cs="Times New Roman"/>
          <w:color w:val="000000" w:themeColor="text1"/>
          <w:lang w:val="lt-LT"/>
        </w:rPr>
        <w:t xml:space="preserve">ais </w:t>
      </w:r>
      <w:r w:rsidR="002E4853" w:rsidRPr="00DA325E">
        <w:rPr>
          <w:rFonts w:cs="Times New Roman"/>
          <w:color w:val="000000" w:themeColor="text1"/>
          <w:lang w:val="lt-LT"/>
        </w:rPr>
        <w:t>Socialiniais pa</w:t>
      </w:r>
      <w:r w:rsidR="0097082B" w:rsidRPr="00DA325E">
        <w:rPr>
          <w:rFonts w:cs="Times New Roman"/>
          <w:color w:val="000000" w:themeColor="text1"/>
          <w:lang w:val="lt-LT"/>
        </w:rPr>
        <w:t>rtner</w:t>
      </w:r>
      <w:r w:rsidR="005A371C" w:rsidRPr="00DA325E">
        <w:rPr>
          <w:rFonts w:cs="Times New Roman"/>
          <w:color w:val="000000" w:themeColor="text1"/>
          <w:lang w:val="lt-LT"/>
        </w:rPr>
        <w:t>iais</w:t>
      </w:r>
      <w:r w:rsidR="00F3644F" w:rsidRPr="00DA325E">
        <w:rPr>
          <w:rFonts w:cs="Times New Roman"/>
          <w:color w:val="000000" w:themeColor="text1"/>
          <w:lang w:val="lt-LT"/>
        </w:rPr>
        <w:t>;</w:t>
      </w:r>
    </w:p>
    <w:p w14:paraId="10C84F01" w14:textId="26380D7B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Informacinių technologijų skyrius užtikrina registracijos formos veikimą, duomenų saugojimą, prieigų valdymą ir techninį palaikymą</w:t>
      </w:r>
      <w:r w:rsidR="00F3644F" w:rsidRPr="00DA325E">
        <w:rPr>
          <w:rFonts w:cs="Times New Roman"/>
          <w:color w:val="000000" w:themeColor="text1"/>
          <w:lang w:val="lt-LT"/>
        </w:rPr>
        <w:t>;</w:t>
      </w:r>
    </w:p>
    <w:p w14:paraId="6F8B97C7" w14:textId="7B76AFEA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Komunikacijos ir veiklos organizavimo skyrius rengia kvietimus registruotis, koordinuoja viešinimą, rengia ir siunčia naujienlaiškius</w:t>
      </w:r>
      <w:r w:rsidR="00A36060" w:rsidRPr="00DA325E">
        <w:rPr>
          <w:rFonts w:cs="Times New Roman"/>
          <w:color w:val="000000" w:themeColor="text1"/>
          <w:lang w:val="lt-LT"/>
        </w:rPr>
        <w:t>;</w:t>
      </w:r>
    </w:p>
    <w:p w14:paraId="594A92E5" w14:textId="01F782BE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Teisės</w:t>
      </w:r>
      <w:r w:rsidR="006A338F" w:rsidRPr="00DA325E">
        <w:rPr>
          <w:rFonts w:cs="Times New Roman"/>
          <w:color w:val="000000" w:themeColor="text1"/>
          <w:lang w:val="lt-LT"/>
        </w:rPr>
        <w:t>, pirkimų</w:t>
      </w:r>
      <w:r w:rsidR="00052D59" w:rsidRPr="00DA325E">
        <w:rPr>
          <w:rFonts w:cs="Times New Roman"/>
          <w:color w:val="000000" w:themeColor="text1"/>
          <w:lang w:val="lt-LT"/>
        </w:rPr>
        <w:t xml:space="preserve"> ir personalo</w:t>
      </w:r>
      <w:r w:rsidRPr="00DA325E">
        <w:rPr>
          <w:rFonts w:cs="Times New Roman"/>
          <w:color w:val="000000" w:themeColor="text1"/>
          <w:lang w:val="lt-LT"/>
        </w:rPr>
        <w:t xml:space="preserve"> skyrius peržiūri sutikimų formas, privatumo pranešimus, nustato </w:t>
      </w:r>
      <w:r w:rsidR="00966A0C" w:rsidRPr="00DA325E">
        <w:rPr>
          <w:rFonts w:cs="Times New Roman"/>
          <w:color w:val="000000" w:themeColor="text1"/>
          <w:lang w:val="lt-LT"/>
        </w:rPr>
        <w:t>du</w:t>
      </w:r>
      <w:r w:rsidR="00E16558" w:rsidRPr="00DA325E">
        <w:rPr>
          <w:rFonts w:cs="Times New Roman"/>
          <w:color w:val="000000" w:themeColor="text1"/>
          <w:lang w:val="lt-LT"/>
        </w:rPr>
        <w:t xml:space="preserve">omenų </w:t>
      </w:r>
      <w:r w:rsidRPr="00DA325E">
        <w:rPr>
          <w:rFonts w:cs="Times New Roman"/>
          <w:color w:val="000000" w:themeColor="text1"/>
          <w:lang w:val="lt-LT"/>
        </w:rPr>
        <w:t xml:space="preserve">saugojimo terminus ir užtikrina </w:t>
      </w:r>
      <w:r w:rsidR="00AF74B8" w:rsidRPr="00DA325E">
        <w:rPr>
          <w:rFonts w:cs="Times New Roman"/>
          <w:color w:val="000000" w:themeColor="text1"/>
          <w:lang w:val="lt-LT"/>
        </w:rPr>
        <w:t>pro</w:t>
      </w:r>
      <w:r w:rsidR="0043494E" w:rsidRPr="00DA325E">
        <w:rPr>
          <w:rFonts w:cs="Times New Roman"/>
          <w:color w:val="000000" w:themeColor="text1"/>
          <w:lang w:val="lt-LT"/>
        </w:rPr>
        <w:t>cedū</w:t>
      </w:r>
      <w:r w:rsidR="008F226F" w:rsidRPr="00DA325E">
        <w:rPr>
          <w:rFonts w:cs="Times New Roman"/>
          <w:color w:val="000000" w:themeColor="text1"/>
          <w:lang w:val="lt-LT"/>
        </w:rPr>
        <w:t xml:space="preserve">rų </w:t>
      </w:r>
      <w:r w:rsidR="00DE1C4C" w:rsidRPr="00DA325E">
        <w:rPr>
          <w:rFonts w:cs="Times New Roman"/>
          <w:color w:val="000000" w:themeColor="text1"/>
          <w:lang w:val="lt-LT"/>
        </w:rPr>
        <w:t>at</w:t>
      </w:r>
      <w:r w:rsidR="005A597E" w:rsidRPr="00DA325E">
        <w:rPr>
          <w:rFonts w:cs="Times New Roman"/>
          <w:color w:val="000000" w:themeColor="text1"/>
          <w:lang w:val="lt-LT"/>
        </w:rPr>
        <w:t>itik</w:t>
      </w:r>
      <w:r w:rsidR="00C86B1C" w:rsidRPr="00DA325E">
        <w:rPr>
          <w:rFonts w:cs="Times New Roman"/>
          <w:color w:val="000000" w:themeColor="text1"/>
          <w:lang w:val="lt-LT"/>
        </w:rPr>
        <w:t xml:space="preserve">tį </w:t>
      </w:r>
      <w:r w:rsidRPr="00DA325E">
        <w:rPr>
          <w:rFonts w:cs="Times New Roman"/>
          <w:color w:val="000000" w:themeColor="text1"/>
          <w:lang w:val="lt-LT"/>
        </w:rPr>
        <w:t>BDAR</w:t>
      </w:r>
      <w:r w:rsidR="00D060D4" w:rsidRPr="00DA325E">
        <w:rPr>
          <w:rFonts w:cs="Times New Roman"/>
          <w:color w:val="000000" w:themeColor="text1"/>
          <w:lang w:val="lt-LT"/>
        </w:rPr>
        <w:t>;</w:t>
      </w:r>
    </w:p>
    <w:p w14:paraId="1CF240B9" w14:textId="5A95A68B" w:rsidR="003151FE" w:rsidRPr="00DA325E" w:rsidRDefault="00744A97" w:rsidP="00A71473">
      <w:pPr>
        <w:pStyle w:val="ListParagraph"/>
        <w:numPr>
          <w:ilvl w:val="1"/>
          <w:numId w:val="30"/>
        </w:numPr>
        <w:spacing w:after="0" w:line="240" w:lineRule="auto"/>
        <w:ind w:left="0" w:firstLine="720"/>
        <w:contextualSpacing w:val="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Turinio iniciatoriai – LMT padaliniai ar </w:t>
      </w:r>
      <w:r w:rsidR="003944B6" w:rsidRPr="00DA325E">
        <w:rPr>
          <w:rFonts w:cs="Times New Roman"/>
          <w:color w:val="000000" w:themeColor="text1"/>
          <w:lang w:val="lt-LT"/>
        </w:rPr>
        <w:t>Sociali</w:t>
      </w:r>
      <w:r w:rsidR="004C683A" w:rsidRPr="00DA325E">
        <w:rPr>
          <w:rFonts w:cs="Times New Roman"/>
          <w:color w:val="000000" w:themeColor="text1"/>
          <w:lang w:val="lt-LT"/>
        </w:rPr>
        <w:t>niai partneriai</w:t>
      </w:r>
      <w:r w:rsidRPr="00DA325E">
        <w:rPr>
          <w:rFonts w:cs="Times New Roman"/>
          <w:color w:val="000000" w:themeColor="text1"/>
          <w:lang w:val="lt-LT"/>
        </w:rPr>
        <w:t xml:space="preserve"> – pateikia aktualią informaciją, skirtą siųsti </w:t>
      </w:r>
      <w:r w:rsidR="00A60A47" w:rsidRPr="00DA325E">
        <w:rPr>
          <w:rFonts w:cs="Times New Roman"/>
          <w:color w:val="000000" w:themeColor="text1"/>
          <w:lang w:val="lt-LT"/>
        </w:rPr>
        <w:t>DT</w:t>
      </w:r>
      <w:r w:rsidRPr="00DA325E">
        <w:rPr>
          <w:rFonts w:cs="Times New Roman"/>
          <w:color w:val="000000" w:themeColor="text1"/>
          <w:lang w:val="lt-LT"/>
        </w:rPr>
        <w:t>, ir atsako už turinio kokybę bei aktualumą.</w:t>
      </w:r>
    </w:p>
    <w:p w14:paraId="14A9B168" w14:textId="1737B412" w:rsidR="003151FE" w:rsidRPr="00DA325E" w:rsidRDefault="004B3B13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44A97" w:rsidRPr="00DA325E">
        <w:rPr>
          <w:color w:val="000000" w:themeColor="text1"/>
          <w:lang w:val="lt-LT"/>
        </w:rPr>
        <w:t>Detalus atsakomybių pasiskirstymas pateikiamas Aprašo 1 priede.</w:t>
      </w:r>
    </w:p>
    <w:p w14:paraId="7462A84A" w14:textId="77777777" w:rsidR="002520ED" w:rsidRPr="00DA325E" w:rsidRDefault="002520ED" w:rsidP="00A71473">
      <w:pPr>
        <w:spacing w:after="0" w:line="240" w:lineRule="auto"/>
        <w:ind w:firstLine="540"/>
        <w:jc w:val="both"/>
        <w:rPr>
          <w:rFonts w:cs="Times New Roman"/>
          <w:color w:val="000000" w:themeColor="text1"/>
          <w:lang w:val="lt-LT"/>
        </w:rPr>
      </w:pPr>
    </w:p>
    <w:p w14:paraId="4D079F19" w14:textId="77777777" w:rsidR="003151FE" w:rsidRPr="00DA325E" w:rsidRDefault="00744A97" w:rsidP="00A71473">
      <w:pPr>
        <w:pStyle w:val="Heading1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VIII SKYRIUS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br/>
        <w:t>BAIGIAMOSIOS NUOSTATOS</w:t>
      </w:r>
    </w:p>
    <w:p w14:paraId="6A05F227" w14:textId="77777777" w:rsidR="002520ED" w:rsidRPr="00DA325E" w:rsidRDefault="002520ED" w:rsidP="00A71473">
      <w:pPr>
        <w:spacing w:line="240" w:lineRule="auto"/>
        <w:rPr>
          <w:color w:val="000000" w:themeColor="text1"/>
          <w:lang w:val="lt-LT"/>
        </w:rPr>
      </w:pPr>
    </w:p>
    <w:p w14:paraId="246B0FCB" w14:textId="2182BCC8" w:rsidR="003151FE" w:rsidRPr="00DA325E" w:rsidRDefault="004B3B13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0B1D39" w:rsidRPr="00DA325E">
        <w:rPr>
          <w:color w:val="000000" w:themeColor="text1"/>
          <w:lang w:val="lt-LT"/>
        </w:rPr>
        <w:t>Asmens įtraukimas į DT kontaktų sąrašą nesukuria jokių teisinių prievolių nei asmeniui, nei LMT, išskyrus šiame Apraše nustatytas pareigas dėl duomenų tvarkymo ir komunikacijos.</w:t>
      </w:r>
    </w:p>
    <w:p w14:paraId="3A49B2D1" w14:textId="2F911295" w:rsidR="003151FE" w:rsidRPr="00DA325E" w:rsidRDefault="004B3B13" w:rsidP="00A71473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t> </w:t>
      </w:r>
      <w:r w:rsidR="007F23A1" w:rsidRPr="00DA325E">
        <w:rPr>
          <w:color w:val="000000" w:themeColor="text1"/>
          <w:lang w:val="lt-LT"/>
        </w:rPr>
        <w:t>Aprašo pakeitimus gali inicijuoti bet kuris LMT padalinys, atsižvelgdamas į pasikeitusius teisės aktus, veiklos poreikius ar praktinio įgyvendinimo metu nustatytus trūkumus.</w:t>
      </w:r>
    </w:p>
    <w:p w14:paraId="6E6C5457" w14:textId="6B82B45E" w:rsidR="0017562C" w:rsidRPr="00DA325E" w:rsidRDefault="004B3B13" w:rsidP="00137D37">
      <w:pPr>
        <w:pStyle w:val="ListParagraph"/>
        <w:numPr>
          <w:ilvl w:val="0"/>
          <w:numId w:val="30"/>
        </w:numPr>
        <w:spacing w:after="0" w:line="240" w:lineRule="auto"/>
        <w:ind w:left="0" w:firstLine="720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 </w:t>
      </w:r>
      <w:r w:rsidR="007F23A1" w:rsidRPr="00DA325E">
        <w:rPr>
          <w:color w:val="000000" w:themeColor="text1"/>
          <w:lang w:val="lt-LT"/>
        </w:rPr>
        <w:t>Aprašas peržiūrimas ne rečiau kaip kartą per metus. Prireikus Aprašas gali būti peržiūrimas ir atnaujinamas dažniau.</w:t>
      </w:r>
    </w:p>
    <w:p w14:paraId="4BB61536" w14:textId="1EB9190A" w:rsidR="008639F8" w:rsidRPr="00DA325E" w:rsidRDefault="008639F8" w:rsidP="008639F8">
      <w:pPr>
        <w:spacing w:after="0" w:line="240" w:lineRule="auto"/>
        <w:jc w:val="center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______________________</w:t>
      </w:r>
    </w:p>
    <w:p w14:paraId="0D303FDA" w14:textId="77777777" w:rsidR="0017562C" w:rsidRPr="00DA325E" w:rsidRDefault="0017562C">
      <w:pPr>
        <w:spacing w:after="200" w:line="276" w:lineRule="auto"/>
        <w:rPr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br w:type="page"/>
      </w:r>
    </w:p>
    <w:p w14:paraId="31666D85" w14:textId="4946E703" w:rsidR="007F23A1" w:rsidRPr="00DA325E" w:rsidRDefault="007F23A1" w:rsidP="0017562C">
      <w:pPr>
        <w:spacing w:after="0" w:line="240" w:lineRule="auto"/>
        <w:ind w:left="68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lastRenderedPageBreak/>
        <w:t>Lietuvos diasporos tyrėjų kontaktų sąrašo sudarymo</w:t>
      </w:r>
      <w:r w:rsidR="00850762" w:rsidRPr="00DA325E">
        <w:rPr>
          <w:rFonts w:cs="Times New Roman"/>
          <w:color w:val="000000" w:themeColor="text1"/>
          <w:lang w:val="lt-LT"/>
        </w:rPr>
        <w:t xml:space="preserve"> ir </w:t>
      </w:r>
      <w:r w:rsidRPr="00DA325E">
        <w:rPr>
          <w:rFonts w:cs="Times New Roman"/>
          <w:color w:val="000000" w:themeColor="text1"/>
          <w:lang w:val="lt-LT"/>
        </w:rPr>
        <w:t>administravim</w:t>
      </w:r>
      <w:r w:rsidR="0017562C" w:rsidRPr="00DA325E">
        <w:rPr>
          <w:rFonts w:cs="Times New Roman"/>
          <w:color w:val="000000" w:themeColor="text1"/>
          <w:lang w:val="lt-LT"/>
        </w:rPr>
        <w:t xml:space="preserve">o </w:t>
      </w:r>
      <w:r w:rsidRPr="00DA325E">
        <w:rPr>
          <w:rFonts w:cs="Times New Roman"/>
          <w:color w:val="000000" w:themeColor="text1"/>
          <w:lang w:val="lt-LT"/>
        </w:rPr>
        <w:t>Lietuvos mokslo taryboje tvarkos aprašo</w:t>
      </w:r>
    </w:p>
    <w:p w14:paraId="65246797" w14:textId="102332F4" w:rsidR="00D80A07" w:rsidRPr="00DA325E" w:rsidRDefault="00744A97" w:rsidP="0017562C">
      <w:pPr>
        <w:pStyle w:val="Heading1"/>
        <w:spacing w:before="0" w:after="0" w:line="240" w:lineRule="auto"/>
        <w:ind w:left="6840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  <w:t>1 priedas</w:t>
      </w:r>
    </w:p>
    <w:p w14:paraId="3F80E6EB" w14:textId="3031EAED" w:rsidR="003151FE" w:rsidRPr="00DA325E" w:rsidRDefault="00744A97" w:rsidP="00737EBA">
      <w:pPr>
        <w:pStyle w:val="Heading1"/>
        <w:spacing w:before="0" w:after="0" w:line="276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br/>
        <w:t xml:space="preserve">ATSAKOMYBIŲ PASISKIRSTYMAS PAGAL </w:t>
      </w:r>
      <w:r w:rsidR="00064221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PROCESO DALYVIUS</w:t>
      </w:r>
    </w:p>
    <w:p w14:paraId="4F2793BF" w14:textId="2EE8D37F" w:rsidR="003151FE" w:rsidRPr="00DA325E" w:rsidRDefault="003151FE" w:rsidP="00895EED">
      <w:pPr>
        <w:spacing w:after="0" w:line="276" w:lineRule="auto"/>
        <w:jc w:val="both"/>
        <w:rPr>
          <w:rFonts w:cs="Times New Roman"/>
          <w:color w:val="000000" w:themeColor="text1"/>
          <w:lang w:val="lt-LT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819"/>
        <w:gridCol w:w="1000"/>
        <w:gridCol w:w="1001"/>
        <w:gridCol w:w="1001"/>
        <w:gridCol w:w="1001"/>
        <w:gridCol w:w="1001"/>
      </w:tblGrid>
      <w:tr w:rsidR="003151FE" w:rsidRPr="00DA325E" w14:paraId="10D5FD06" w14:textId="77777777" w:rsidTr="0017562C">
        <w:trPr>
          <w:tblHeader/>
        </w:trPr>
        <w:tc>
          <w:tcPr>
            <w:tcW w:w="4819" w:type="dxa"/>
            <w:shd w:val="clear" w:color="auto" w:fill="D9EAF7"/>
          </w:tcPr>
          <w:p w14:paraId="3C5BF714" w14:textId="36B1392E" w:rsidR="003151FE" w:rsidRPr="00DA325E" w:rsidRDefault="00744A97" w:rsidP="004F0BA5">
            <w:pPr>
              <w:spacing w:after="0" w:line="276" w:lineRule="auto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Užduotis</w:t>
            </w:r>
            <w:r w:rsidR="009C3099" w:rsidRPr="00DA325E">
              <w:rPr>
                <w:rFonts w:cs="Times New Roman"/>
                <w:b/>
                <w:color w:val="000000" w:themeColor="text1"/>
                <w:lang w:val="lt-LT"/>
              </w:rPr>
              <w:t>/</w:t>
            </w:r>
            <w:r w:rsidR="00064221" w:rsidRPr="00DA325E">
              <w:rPr>
                <w:rFonts w:cs="Times New Roman"/>
                <w:b/>
                <w:color w:val="000000" w:themeColor="text1"/>
                <w:lang w:val="lt-LT"/>
              </w:rPr>
              <w:t>proceso dalyviai</w:t>
            </w:r>
          </w:p>
        </w:tc>
        <w:tc>
          <w:tcPr>
            <w:tcW w:w="1000" w:type="dxa"/>
            <w:shd w:val="clear" w:color="auto" w:fill="D9EAF7"/>
          </w:tcPr>
          <w:p w14:paraId="2F229B4D" w14:textId="77777777" w:rsidR="003151FE" w:rsidRPr="00DA325E" w:rsidRDefault="00744A97" w:rsidP="00C230D4">
            <w:pPr>
              <w:spacing w:after="0" w:line="276" w:lineRule="auto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TBS</w:t>
            </w:r>
          </w:p>
        </w:tc>
        <w:tc>
          <w:tcPr>
            <w:tcW w:w="1001" w:type="dxa"/>
            <w:shd w:val="clear" w:color="auto" w:fill="D9EAF7"/>
          </w:tcPr>
          <w:p w14:paraId="5DAC9510" w14:textId="1F678961" w:rsidR="003151FE" w:rsidRPr="00DA325E" w:rsidRDefault="00744A97" w:rsidP="00C230D4">
            <w:pPr>
              <w:spacing w:after="0" w:line="276" w:lineRule="auto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IT</w:t>
            </w:r>
            <w:r w:rsidR="004F0BA5" w:rsidRPr="00DA325E">
              <w:rPr>
                <w:rFonts w:cs="Times New Roman"/>
                <w:b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  <w:shd w:val="clear" w:color="auto" w:fill="D9EAF7"/>
          </w:tcPr>
          <w:p w14:paraId="40DF7A94" w14:textId="4B127D8E" w:rsidR="003151FE" w:rsidRPr="00DA325E" w:rsidRDefault="00744A97" w:rsidP="00C230D4">
            <w:pPr>
              <w:spacing w:after="0" w:line="276" w:lineRule="auto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K</w:t>
            </w:r>
            <w:r w:rsidR="004F0BA5" w:rsidRPr="00DA325E">
              <w:rPr>
                <w:rFonts w:cs="Times New Roman"/>
                <w:b/>
                <w:color w:val="000000" w:themeColor="text1"/>
                <w:lang w:val="lt-LT"/>
              </w:rPr>
              <w:t>VOS</w:t>
            </w:r>
          </w:p>
        </w:tc>
        <w:tc>
          <w:tcPr>
            <w:tcW w:w="1001" w:type="dxa"/>
            <w:shd w:val="clear" w:color="auto" w:fill="D9EAF7"/>
          </w:tcPr>
          <w:p w14:paraId="586E4B98" w14:textId="7C9A9AD8" w:rsidR="003151FE" w:rsidRPr="00DA325E" w:rsidRDefault="00744A97" w:rsidP="00C230D4">
            <w:pPr>
              <w:spacing w:after="0" w:line="276" w:lineRule="auto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T</w:t>
            </w:r>
            <w:r w:rsidR="00064623" w:rsidRPr="00DA325E">
              <w:rPr>
                <w:rFonts w:cs="Times New Roman"/>
                <w:b/>
                <w:color w:val="000000" w:themeColor="text1"/>
                <w:lang w:val="lt-LT"/>
              </w:rPr>
              <w:t>P</w:t>
            </w:r>
            <w:r w:rsidR="004F0BA5" w:rsidRPr="00DA325E">
              <w:rPr>
                <w:rFonts w:cs="Times New Roman"/>
                <w:b/>
                <w:color w:val="000000" w:themeColor="text1"/>
                <w:lang w:val="lt-LT"/>
              </w:rPr>
              <w:t>iPS</w:t>
            </w:r>
          </w:p>
        </w:tc>
        <w:tc>
          <w:tcPr>
            <w:tcW w:w="1001" w:type="dxa"/>
            <w:shd w:val="clear" w:color="auto" w:fill="D9EAF7"/>
          </w:tcPr>
          <w:p w14:paraId="1A56D92B" w14:textId="50FAE78E" w:rsidR="003151FE" w:rsidRPr="00DA325E" w:rsidRDefault="00587114" w:rsidP="00C230D4">
            <w:pPr>
              <w:spacing w:after="0" w:line="276" w:lineRule="auto"/>
              <w:jc w:val="center"/>
              <w:rPr>
                <w:rFonts w:cs="Times New Roman"/>
                <w:b/>
                <w:bCs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bCs/>
                <w:color w:val="000000" w:themeColor="text1"/>
                <w:lang w:val="lt-LT"/>
              </w:rPr>
              <w:t>PARTN</w:t>
            </w:r>
          </w:p>
        </w:tc>
      </w:tr>
      <w:tr w:rsidR="00C230D4" w:rsidRPr="00DA325E" w14:paraId="408EC075" w14:textId="77777777" w:rsidTr="00CD59DB">
        <w:tc>
          <w:tcPr>
            <w:tcW w:w="9823" w:type="dxa"/>
            <w:gridSpan w:val="6"/>
            <w:shd w:val="clear" w:color="auto" w:fill="EDEDED"/>
          </w:tcPr>
          <w:p w14:paraId="47130AB6" w14:textId="64C11C30" w:rsidR="00C230D4" w:rsidRPr="00DA325E" w:rsidRDefault="00C230D4" w:rsidP="00C230D4">
            <w:pPr>
              <w:spacing w:after="0" w:line="276" w:lineRule="auto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REGISTRACIJA IR DUOMENŲ RINKIMAS</w:t>
            </w:r>
          </w:p>
        </w:tc>
      </w:tr>
      <w:tr w:rsidR="003151FE" w:rsidRPr="00DA325E" w14:paraId="0DC72F0B" w14:textId="77777777" w:rsidTr="0017562C">
        <w:tc>
          <w:tcPr>
            <w:tcW w:w="4819" w:type="dxa"/>
          </w:tcPr>
          <w:p w14:paraId="3F7A2843" w14:textId="6E4F409D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Registracijos formos parengimas</w:t>
            </w:r>
          </w:p>
        </w:tc>
        <w:tc>
          <w:tcPr>
            <w:tcW w:w="1000" w:type="dxa"/>
          </w:tcPr>
          <w:p w14:paraId="4C67716C" w14:textId="0A881E5F" w:rsidR="003151FE" w:rsidRPr="00DA325E" w:rsidRDefault="006E7E1C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37772955" w14:textId="634DE5F5" w:rsidR="003151FE" w:rsidRPr="00DA325E" w:rsidRDefault="006E7E1C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D</w:t>
            </w:r>
          </w:p>
        </w:tc>
        <w:tc>
          <w:tcPr>
            <w:tcW w:w="1001" w:type="dxa"/>
          </w:tcPr>
          <w:p w14:paraId="71796756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597E36B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5A050615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0E981FA3" w14:textId="77777777" w:rsidTr="0017562C">
        <w:tc>
          <w:tcPr>
            <w:tcW w:w="4819" w:type="dxa"/>
          </w:tcPr>
          <w:p w14:paraId="2D64838D" w14:textId="77777777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Registracijos formos techninis palaikymas</w:t>
            </w:r>
          </w:p>
        </w:tc>
        <w:tc>
          <w:tcPr>
            <w:tcW w:w="1000" w:type="dxa"/>
          </w:tcPr>
          <w:p w14:paraId="041787CD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15C1733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396D606B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3418AA22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3143BC36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532652FA" w14:textId="77777777" w:rsidTr="0017562C">
        <w:tc>
          <w:tcPr>
            <w:tcW w:w="4819" w:type="dxa"/>
          </w:tcPr>
          <w:p w14:paraId="7D0276A5" w14:textId="119530EF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Sutikimų form</w:t>
            </w:r>
            <w:r w:rsidR="00D305C9" w:rsidRPr="00DA325E">
              <w:rPr>
                <w:rFonts w:cs="Times New Roman"/>
                <w:b/>
                <w:color w:val="000000" w:themeColor="text1"/>
                <w:lang w:val="lt-LT"/>
              </w:rPr>
              <w:t>ų</w:t>
            </w: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 xml:space="preserve"> parengimas </w:t>
            </w:r>
          </w:p>
        </w:tc>
        <w:tc>
          <w:tcPr>
            <w:tcW w:w="1000" w:type="dxa"/>
          </w:tcPr>
          <w:p w14:paraId="628E8E40" w14:textId="77777777" w:rsidR="003151FE" w:rsidRPr="00DA325E" w:rsidRDefault="00744A97" w:rsidP="00C230D4">
            <w:pPr>
              <w:spacing w:after="0" w:line="276" w:lineRule="auto"/>
              <w:jc w:val="right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11F42643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5E6C993A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073F2B7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1D72AB67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C230D4" w:rsidRPr="00DA325E" w14:paraId="4FE28085" w14:textId="77777777" w:rsidTr="00C83D75">
        <w:tc>
          <w:tcPr>
            <w:tcW w:w="9823" w:type="dxa"/>
            <w:gridSpan w:val="6"/>
            <w:shd w:val="clear" w:color="auto" w:fill="EDEDED"/>
          </w:tcPr>
          <w:p w14:paraId="7AEC2208" w14:textId="4FA2E4B8" w:rsidR="00C230D4" w:rsidRPr="00DA325E" w:rsidRDefault="00C230D4" w:rsidP="00C230D4">
            <w:pPr>
              <w:spacing w:after="0" w:line="276" w:lineRule="auto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DUOMENŲ TVARKYMAS IR IT SISTEMA</w:t>
            </w:r>
          </w:p>
        </w:tc>
      </w:tr>
      <w:tr w:rsidR="003151FE" w:rsidRPr="00DA325E" w14:paraId="13DF89A6" w14:textId="77777777" w:rsidTr="0017562C">
        <w:tc>
          <w:tcPr>
            <w:tcW w:w="4819" w:type="dxa"/>
          </w:tcPr>
          <w:p w14:paraId="3F6952A5" w14:textId="4FA78F1A" w:rsidR="003151FE" w:rsidRPr="00DA325E" w:rsidRDefault="000717F1" w:rsidP="003932AD">
            <w:pPr>
              <w:spacing w:after="0" w:line="276" w:lineRule="auto"/>
              <w:ind w:firstLine="515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K</w:t>
            </w:r>
            <w:r w:rsidR="00744A97" w:rsidRPr="00DA325E">
              <w:rPr>
                <w:rFonts w:cs="Times New Roman"/>
                <w:b/>
                <w:color w:val="000000" w:themeColor="text1"/>
                <w:lang w:val="lt-LT"/>
              </w:rPr>
              <w:t>ontaktų sąrašo valdymas</w:t>
            </w:r>
          </w:p>
        </w:tc>
        <w:tc>
          <w:tcPr>
            <w:tcW w:w="1000" w:type="dxa"/>
          </w:tcPr>
          <w:p w14:paraId="46946619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D</w:t>
            </w:r>
          </w:p>
        </w:tc>
        <w:tc>
          <w:tcPr>
            <w:tcW w:w="1001" w:type="dxa"/>
          </w:tcPr>
          <w:p w14:paraId="461DA4F9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7A4EC0C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3A46170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2DEDB90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31310942" w14:textId="77777777" w:rsidTr="0017562C">
        <w:tc>
          <w:tcPr>
            <w:tcW w:w="4819" w:type="dxa"/>
          </w:tcPr>
          <w:p w14:paraId="01B06BD1" w14:textId="77777777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Prieigų valdymas ir duomenų sauga</w:t>
            </w:r>
          </w:p>
        </w:tc>
        <w:tc>
          <w:tcPr>
            <w:tcW w:w="1000" w:type="dxa"/>
          </w:tcPr>
          <w:p w14:paraId="6824E17A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69EAFA22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768AE202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490D6A00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22A864D5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29B4A661" w14:textId="77777777" w:rsidTr="0017562C">
        <w:tc>
          <w:tcPr>
            <w:tcW w:w="4819" w:type="dxa"/>
          </w:tcPr>
          <w:p w14:paraId="413D0690" w14:textId="77777777" w:rsidR="003151FE" w:rsidRPr="00DA325E" w:rsidRDefault="00744A97" w:rsidP="004F0BA5">
            <w:pPr>
              <w:spacing w:after="0" w:line="276" w:lineRule="auto"/>
              <w:ind w:left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Duomenų atnaujinimas ir dublikatų šalinimas</w:t>
            </w:r>
          </w:p>
        </w:tc>
        <w:tc>
          <w:tcPr>
            <w:tcW w:w="1000" w:type="dxa"/>
          </w:tcPr>
          <w:p w14:paraId="5D319721" w14:textId="617595C3" w:rsidR="003151FE" w:rsidRPr="00DA325E" w:rsidRDefault="00DA6CA2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527FBE81" w14:textId="631611F0" w:rsidR="003151FE" w:rsidRPr="00DA325E" w:rsidRDefault="00DA6CA2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09BC3BD3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154FC2C8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2FF01DD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03C9CC41" w14:textId="77777777" w:rsidTr="0017562C">
        <w:tc>
          <w:tcPr>
            <w:tcW w:w="4819" w:type="dxa"/>
          </w:tcPr>
          <w:p w14:paraId="125FADB5" w14:textId="77777777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BDAR atitikties užtikrinimas</w:t>
            </w:r>
          </w:p>
        </w:tc>
        <w:tc>
          <w:tcPr>
            <w:tcW w:w="1000" w:type="dxa"/>
          </w:tcPr>
          <w:p w14:paraId="7B97C3C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083DBC80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437537DE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02ED106D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5B9BD1BB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1F10F041" w14:textId="77777777" w:rsidTr="0017562C">
        <w:tc>
          <w:tcPr>
            <w:tcW w:w="4819" w:type="dxa"/>
          </w:tcPr>
          <w:p w14:paraId="6FAD9182" w14:textId="77777777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Privatumo pranešimo parengimas</w:t>
            </w:r>
          </w:p>
        </w:tc>
        <w:tc>
          <w:tcPr>
            <w:tcW w:w="1000" w:type="dxa"/>
          </w:tcPr>
          <w:p w14:paraId="70B41565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47A5B68E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3B5950F5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6C83AC0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126A9CE0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C230D4" w:rsidRPr="00DA325E" w14:paraId="1F29CDE8" w14:textId="77777777" w:rsidTr="00452593">
        <w:tc>
          <w:tcPr>
            <w:tcW w:w="9823" w:type="dxa"/>
            <w:gridSpan w:val="6"/>
            <w:shd w:val="clear" w:color="auto" w:fill="EDEDED"/>
          </w:tcPr>
          <w:p w14:paraId="78C7AC4C" w14:textId="14F0CF92" w:rsidR="00C230D4" w:rsidRPr="00DA325E" w:rsidRDefault="00C230D4" w:rsidP="00C230D4">
            <w:pPr>
              <w:spacing w:after="0" w:line="276" w:lineRule="auto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KOMUNIKACIJA IR VIEŠINIMAS</w:t>
            </w:r>
          </w:p>
        </w:tc>
      </w:tr>
      <w:tr w:rsidR="003151FE" w:rsidRPr="00DA325E" w14:paraId="78CE48D8" w14:textId="77777777" w:rsidTr="0017562C">
        <w:tc>
          <w:tcPr>
            <w:tcW w:w="4819" w:type="dxa"/>
          </w:tcPr>
          <w:p w14:paraId="21CCFF25" w14:textId="77777777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Registracijos kampanijos viešinimas</w:t>
            </w:r>
          </w:p>
        </w:tc>
        <w:tc>
          <w:tcPr>
            <w:tcW w:w="1000" w:type="dxa"/>
          </w:tcPr>
          <w:p w14:paraId="5064FB5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D</w:t>
            </w:r>
          </w:p>
        </w:tc>
        <w:tc>
          <w:tcPr>
            <w:tcW w:w="1001" w:type="dxa"/>
          </w:tcPr>
          <w:p w14:paraId="4D0A3A33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1C67A653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4F6471ED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5B737EA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18BB9A32" w14:textId="77777777" w:rsidTr="0017562C">
        <w:tc>
          <w:tcPr>
            <w:tcW w:w="4819" w:type="dxa"/>
          </w:tcPr>
          <w:p w14:paraId="1CCD7C8F" w14:textId="77777777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Naujienlaiškių rengimas ir siuntimas</w:t>
            </w:r>
          </w:p>
        </w:tc>
        <w:tc>
          <w:tcPr>
            <w:tcW w:w="1000" w:type="dxa"/>
          </w:tcPr>
          <w:p w14:paraId="1230379E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5ED26EAE" w14:textId="6AF3E8CB" w:rsidR="003151FE" w:rsidRPr="00DA325E" w:rsidRDefault="005D3278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49ECF196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21FCE24F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7D82A9DE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D</w:t>
            </w:r>
          </w:p>
        </w:tc>
      </w:tr>
      <w:tr w:rsidR="003151FE" w:rsidRPr="00DA325E" w14:paraId="59F34C5D" w14:textId="77777777" w:rsidTr="0017562C">
        <w:tc>
          <w:tcPr>
            <w:tcW w:w="4819" w:type="dxa"/>
          </w:tcPr>
          <w:p w14:paraId="70171CE5" w14:textId="77777777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Turinio parengimas ir pateikimas</w:t>
            </w:r>
          </w:p>
        </w:tc>
        <w:tc>
          <w:tcPr>
            <w:tcW w:w="1000" w:type="dxa"/>
          </w:tcPr>
          <w:p w14:paraId="41BC67E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73EA627A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01D0DB8F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4483AC6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0A78DE42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</w:tr>
      <w:tr w:rsidR="003151FE" w:rsidRPr="00DA325E" w14:paraId="720A6F9E" w14:textId="77777777" w:rsidTr="0017562C">
        <w:tc>
          <w:tcPr>
            <w:tcW w:w="4819" w:type="dxa"/>
          </w:tcPr>
          <w:p w14:paraId="65C56313" w14:textId="6DC49BEA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Kontaktų s</w:t>
            </w:r>
            <w:r w:rsidR="003932AD" w:rsidRPr="00DA325E">
              <w:rPr>
                <w:rFonts w:cs="Times New Roman"/>
                <w:b/>
                <w:color w:val="000000" w:themeColor="text1"/>
                <w:lang w:val="lt-LT"/>
              </w:rPr>
              <w:t>uskirstymas</w:t>
            </w: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 xml:space="preserve"> siuntim</w:t>
            </w:r>
            <w:r w:rsidR="00C87F6C" w:rsidRPr="00DA325E">
              <w:rPr>
                <w:rFonts w:cs="Times New Roman"/>
                <w:b/>
                <w:color w:val="000000" w:themeColor="text1"/>
                <w:lang w:val="lt-LT"/>
              </w:rPr>
              <w:t>ui</w:t>
            </w:r>
          </w:p>
        </w:tc>
        <w:tc>
          <w:tcPr>
            <w:tcW w:w="1000" w:type="dxa"/>
          </w:tcPr>
          <w:p w14:paraId="6076C13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D</w:t>
            </w:r>
          </w:p>
        </w:tc>
        <w:tc>
          <w:tcPr>
            <w:tcW w:w="1001" w:type="dxa"/>
          </w:tcPr>
          <w:p w14:paraId="46DE6737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5D2A90D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45030BC7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20E7A750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C230D4" w:rsidRPr="00DA325E" w14:paraId="5A724D1E" w14:textId="77777777" w:rsidTr="00F74497">
        <w:tc>
          <w:tcPr>
            <w:tcW w:w="9823" w:type="dxa"/>
            <w:gridSpan w:val="6"/>
            <w:shd w:val="clear" w:color="auto" w:fill="EDEDED"/>
          </w:tcPr>
          <w:p w14:paraId="19A1421F" w14:textId="6C453334" w:rsidR="00C230D4" w:rsidRPr="00DA325E" w:rsidRDefault="004B3B13" w:rsidP="00C230D4">
            <w:pPr>
              <w:spacing w:after="0" w:line="276" w:lineRule="auto"/>
              <w:rPr>
                <w:rFonts w:cs="Times New Roman"/>
                <w:color w:val="000000" w:themeColor="text1"/>
                <w:lang w:val="lt-LT"/>
              </w:rPr>
            </w:pPr>
            <w:r>
              <w:rPr>
                <w:rFonts w:cs="Times New Roman"/>
                <w:b/>
                <w:color w:val="000000" w:themeColor="text1"/>
                <w:lang w:val="lt-LT"/>
              </w:rPr>
              <w:t>STEBĖSENA</w:t>
            </w:r>
            <w:r w:rsidR="00C230D4" w:rsidRPr="00DA325E">
              <w:rPr>
                <w:rFonts w:cs="Times New Roman"/>
                <w:b/>
                <w:color w:val="000000" w:themeColor="text1"/>
                <w:lang w:val="lt-LT"/>
              </w:rPr>
              <w:t xml:space="preserve"> IR KOKYBĖS PRIEŽIŪRA</w:t>
            </w:r>
          </w:p>
        </w:tc>
      </w:tr>
      <w:tr w:rsidR="003151FE" w:rsidRPr="00DA325E" w14:paraId="34796CE4" w14:textId="77777777" w:rsidTr="0017562C">
        <w:tc>
          <w:tcPr>
            <w:tcW w:w="4819" w:type="dxa"/>
          </w:tcPr>
          <w:p w14:paraId="6E055807" w14:textId="216386B4" w:rsidR="003151FE" w:rsidRPr="00DA325E" w:rsidRDefault="00744A97" w:rsidP="004F0BA5">
            <w:pPr>
              <w:spacing w:after="0" w:line="276" w:lineRule="auto"/>
              <w:ind w:left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 xml:space="preserve">Duomenų kokybės </w:t>
            </w:r>
            <w:r w:rsidR="00EC7502" w:rsidRPr="00DA325E">
              <w:rPr>
                <w:rFonts w:cs="Times New Roman"/>
                <w:b/>
                <w:color w:val="000000" w:themeColor="text1"/>
                <w:lang w:val="lt-LT"/>
              </w:rPr>
              <w:t>peržiūra</w:t>
            </w:r>
          </w:p>
        </w:tc>
        <w:tc>
          <w:tcPr>
            <w:tcW w:w="1000" w:type="dxa"/>
          </w:tcPr>
          <w:p w14:paraId="5E0F0678" w14:textId="743397C2" w:rsidR="003151FE" w:rsidRPr="00DA325E" w:rsidRDefault="00417401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01780217" w14:textId="0CB914FE" w:rsidR="003151FE" w:rsidRPr="00DA325E" w:rsidRDefault="00417401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D</w:t>
            </w:r>
          </w:p>
        </w:tc>
        <w:tc>
          <w:tcPr>
            <w:tcW w:w="1001" w:type="dxa"/>
          </w:tcPr>
          <w:p w14:paraId="73F4CD52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1175C000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6D536C9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42FCBEC0" w14:textId="77777777" w:rsidTr="0017562C">
        <w:tc>
          <w:tcPr>
            <w:tcW w:w="4819" w:type="dxa"/>
          </w:tcPr>
          <w:p w14:paraId="31533BB9" w14:textId="2776BCE1" w:rsidR="003151FE" w:rsidRPr="00DA325E" w:rsidRDefault="00744A97" w:rsidP="004F0BA5">
            <w:pPr>
              <w:spacing w:after="0" w:line="276" w:lineRule="auto"/>
              <w:ind w:left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 xml:space="preserve">Komunikacijos efektyvumo </w:t>
            </w:r>
            <w:r w:rsidR="00EC7502" w:rsidRPr="00DA325E">
              <w:rPr>
                <w:rFonts w:cs="Times New Roman"/>
                <w:b/>
                <w:color w:val="000000" w:themeColor="text1"/>
                <w:lang w:val="lt-LT"/>
              </w:rPr>
              <w:t>peržiūra</w:t>
            </w:r>
          </w:p>
        </w:tc>
        <w:tc>
          <w:tcPr>
            <w:tcW w:w="1000" w:type="dxa"/>
          </w:tcPr>
          <w:p w14:paraId="6126FA5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D</w:t>
            </w:r>
          </w:p>
        </w:tc>
        <w:tc>
          <w:tcPr>
            <w:tcW w:w="1001" w:type="dxa"/>
          </w:tcPr>
          <w:p w14:paraId="2F5E455A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4E97698F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21B960F4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5FC9277D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61670790" w14:textId="77777777" w:rsidTr="0017562C">
        <w:tc>
          <w:tcPr>
            <w:tcW w:w="4819" w:type="dxa"/>
          </w:tcPr>
          <w:p w14:paraId="752EAB81" w14:textId="29249878" w:rsidR="003151FE" w:rsidRPr="00DA325E" w:rsidRDefault="00744A97" w:rsidP="004F0BA5">
            <w:pPr>
              <w:spacing w:after="0" w:line="276" w:lineRule="auto"/>
              <w:ind w:left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 xml:space="preserve">Proceso </w:t>
            </w:r>
            <w:r w:rsidR="00EC7502" w:rsidRPr="00DA325E">
              <w:rPr>
                <w:rFonts w:cs="Times New Roman"/>
                <w:b/>
                <w:color w:val="000000" w:themeColor="text1"/>
                <w:lang w:val="lt-LT"/>
              </w:rPr>
              <w:t>peržiūra</w:t>
            </w:r>
          </w:p>
        </w:tc>
        <w:tc>
          <w:tcPr>
            <w:tcW w:w="1000" w:type="dxa"/>
          </w:tcPr>
          <w:p w14:paraId="1A767950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4E18B8DF" w14:textId="67DF1124" w:rsidR="003151FE" w:rsidRPr="00DA325E" w:rsidRDefault="003151FE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</w:p>
        </w:tc>
        <w:tc>
          <w:tcPr>
            <w:tcW w:w="1001" w:type="dxa"/>
          </w:tcPr>
          <w:p w14:paraId="25790F7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30522005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59A31B9C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C230D4" w:rsidRPr="00DA325E" w14:paraId="403BD227" w14:textId="77777777" w:rsidTr="00512750">
        <w:tc>
          <w:tcPr>
            <w:tcW w:w="9823" w:type="dxa"/>
            <w:gridSpan w:val="6"/>
            <w:shd w:val="clear" w:color="auto" w:fill="EDEDED"/>
          </w:tcPr>
          <w:p w14:paraId="3B90E206" w14:textId="6AF5BC2F" w:rsidR="00C230D4" w:rsidRPr="00DA325E" w:rsidRDefault="00C230D4" w:rsidP="00C230D4">
            <w:pPr>
              <w:spacing w:after="0" w:line="276" w:lineRule="auto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KOORDINAVIMAS IR TVARKOS VALDYMAS</w:t>
            </w:r>
          </w:p>
        </w:tc>
      </w:tr>
      <w:tr w:rsidR="003151FE" w:rsidRPr="00DA325E" w14:paraId="0EC567FD" w14:textId="77777777" w:rsidTr="0017562C">
        <w:tc>
          <w:tcPr>
            <w:tcW w:w="4819" w:type="dxa"/>
          </w:tcPr>
          <w:p w14:paraId="51F9F111" w14:textId="77777777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Bendras proceso koordinavimas</w:t>
            </w:r>
          </w:p>
        </w:tc>
        <w:tc>
          <w:tcPr>
            <w:tcW w:w="1000" w:type="dxa"/>
          </w:tcPr>
          <w:p w14:paraId="7CA1FD47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6D7E8068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2910FA1D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0B57E668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462EDC47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4B61F963" w14:textId="77777777" w:rsidTr="0017562C">
        <w:tc>
          <w:tcPr>
            <w:tcW w:w="4819" w:type="dxa"/>
          </w:tcPr>
          <w:p w14:paraId="4633005E" w14:textId="13654028" w:rsidR="003151FE" w:rsidRPr="00DA325E" w:rsidRDefault="00744A97" w:rsidP="00737EBA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Derinimas su</w:t>
            </w:r>
            <w:r w:rsidR="004D0A6D" w:rsidRPr="00DA325E">
              <w:rPr>
                <w:rFonts w:cs="Times New Roman"/>
                <w:b/>
                <w:color w:val="000000" w:themeColor="text1"/>
                <w:lang w:val="lt-LT"/>
              </w:rPr>
              <w:t xml:space="preserve"> </w:t>
            </w:r>
            <w:r w:rsidR="004A1DFF" w:rsidRPr="00DA325E">
              <w:rPr>
                <w:rFonts w:cs="Times New Roman"/>
                <w:b/>
                <w:color w:val="000000" w:themeColor="text1"/>
                <w:lang w:val="lt-LT"/>
              </w:rPr>
              <w:t>Socialiniais partneriais</w:t>
            </w:r>
          </w:p>
        </w:tc>
        <w:tc>
          <w:tcPr>
            <w:tcW w:w="1000" w:type="dxa"/>
          </w:tcPr>
          <w:p w14:paraId="2DA1FD7A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3A85F74E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406D37D7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3903F80A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  <w:tc>
          <w:tcPr>
            <w:tcW w:w="1001" w:type="dxa"/>
          </w:tcPr>
          <w:p w14:paraId="684F75AA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  <w:tr w:rsidR="003151FE" w:rsidRPr="00DA325E" w14:paraId="7E255E11" w14:textId="77777777" w:rsidTr="0017562C">
        <w:tc>
          <w:tcPr>
            <w:tcW w:w="4819" w:type="dxa"/>
          </w:tcPr>
          <w:p w14:paraId="08A923C2" w14:textId="6D5A9F9B" w:rsidR="003151FE" w:rsidRPr="00DA325E" w:rsidRDefault="001F2490" w:rsidP="000513E8">
            <w:pPr>
              <w:spacing w:after="0" w:line="276" w:lineRule="auto"/>
              <w:ind w:firstLine="540"/>
              <w:jc w:val="both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b/>
                <w:color w:val="000000" w:themeColor="text1"/>
                <w:lang w:val="lt-LT"/>
              </w:rPr>
              <w:t>Aprašo</w:t>
            </w:r>
            <w:r w:rsidR="00744A97" w:rsidRPr="00DA325E">
              <w:rPr>
                <w:rFonts w:cs="Times New Roman"/>
                <w:b/>
                <w:color w:val="000000" w:themeColor="text1"/>
                <w:lang w:val="lt-LT"/>
              </w:rPr>
              <w:t xml:space="preserve"> peržiūra ir atnaujinimas</w:t>
            </w:r>
          </w:p>
        </w:tc>
        <w:tc>
          <w:tcPr>
            <w:tcW w:w="1000" w:type="dxa"/>
          </w:tcPr>
          <w:p w14:paraId="5BCD8651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V</w:t>
            </w:r>
          </w:p>
        </w:tc>
        <w:tc>
          <w:tcPr>
            <w:tcW w:w="1001" w:type="dxa"/>
          </w:tcPr>
          <w:p w14:paraId="76A6BE25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75D980C8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342E75B6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S</w:t>
            </w:r>
          </w:p>
        </w:tc>
        <w:tc>
          <w:tcPr>
            <w:tcW w:w="1001" w:type="dxa"/>
          </w:tcPr>
          <w:p w14:paraId="7566A719" w14:textId="77777777" w:rsidR="003151FE" w:rsidRPr="00DA325E" w:rsidRDefault="00744A97" w:rsidP="00C230D4">
            <w:pPr>
              <w:spacing w:after="0" w:line="276" w:lineRule="auto"/>
              <w:ind w:firstLine="540"/>
              <w:jc w:val="center"/>
              <w:rPr>
                <w:rFonts w:cs="Times New Roman"/>
                <w:color w:val="000000" w:themeColor="text1"/>
                <w:lang w:val="lt-LT"/>
              </w:rPr>
            </w:pPr>
            <w:r w:rsidRPr="00DA325E">
              <w:rPr>
                <w:rFonts w:cs="Times New Roman"/>
                <w:color w:val="000000" w:themeColor="text1"/>
                <w:lang w:val="lt-LT"/>
              </w:rPr>
              <w:t>–</w:t>
            </w:r>
          </w:p>
        </w:tc>
      </w:tr>
    </w:tbl>
    <w:p w14:paraId="0D1E4F68" w14:textId="0451B567" w:rsidR="00064221" w:rsidRPr="00DA325E" w:rsidRDefault="00587114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Pastab</w:t>
      </w:r>
      <w:r w:rsidR="00F90AF0" w:rsidRPr="00DA325E">
        <w:rPr>
          <w:rFonts w:cs="Times New Roman"/>
          <w:color w:val="000000" w:themeColor="text1"/>
          <w:lang w:val="lt-LT"/>
        </w:rPr>
        <w:t>os:</w:t>
      </w:r>
    </w:p>
    <w:p w14:paraId="7F9F6692" w14:textId="592D1D9C" w:rsidR="0009045E" w:rsidRPr="00DA325E" w:rsidRDefault="00ED6364" w:rsidP="00C230D4">
      <w:pPr>
        <w:spacing w:after="0" w:line="276" w:lineRule="auto"/>
        <w:ind w:left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1) </w:t>
      </w:r>
      <w:r w:rsidR="0009045E" w:rsidRPr="00DA325E">
        <w:rPr>
          <w:rFonts w:cs="Times New Roman"/>
          <w:color w:val="000000" w:themeColor="text1"/>
          <w:lang w:val="lt-LT"/>
        </w:rPr>
        <w:t xml:space="preserve">Atsakomybės lygiai: </w:t>
      </w:r>
      <w:r w:rsidR="00B13C2B" w:rsidRPr="00DA325E">
        <w:rPr>
          <w:rFonts w:cs="Times New Roman"/>
          <w:color w:val="000000" w:themeColor="text1"/>
          <w:lang w:val="lt-LT"/>
        </w:rPr>
        <w:t>,,</w:t>
      </w:r>
      <w:r w:rsidR="0009045E" w:rsidRPr="00DA325E">
        <w:rPr>
          <w:rFonts w:cs="Times New Roman"/>
          <w:color w:val="000000" w:themeColor="text1"/>
          <w:lang w:val="lt-LT"/>
        </w:rPr>
        <w:t>V</w:t>
      </w:r>
      <w:r w:rsidR="00B13C2B" w:rsidRPr="00DA325E">
        <w:rPr>
          <w:rFonts w:cs="Times New Roman"/>
          <w:color w:val="000000" w:themeColor="text1"/>
          <w:lang w:val="lt-LT"/>
        </w:rPr>
        <w:t>“</w:t>
      </w:r>
      <w:r w:rsidR="0009045E" w:rsidRPr="00DA325E">
        <w:rPr>
          <w:rFonts w:cs="Times New Roman"/>
          <w:color w:val="000000" w:themeColor="text1"/>
          <w:lang w:val="lt-LT"/>
        </w:rPr>
        <w:t xml:space="preserve"> – vykdo (pagrindinis atsakingas), </w:t>
      </w:r>
      <w:r w:rsidR="00B13C2B" w:rsidRPr="00DA325E">
        <w:rPr>
          <w:rFonts w:cs="Times New Roman"/>
          <w:color w:val="000000" w:themeColor="text1"/>
          <w:lang w:val="lt-LT"/>
        </w:rPr>
        <w:t>,,</w:t>
      </w:r>
      <w:r w:rsidR="0009045E" w:rsidRPr="00DA325E">
        <w:rPr>
          <w:rFonts w:cs="Times New Roman"/>
          <w:color w:val="000000" w:themeColor="text1"/>
          <w:lang w:val="lt-LT"/>
        </w:rPr>
        <w:t>D</w:t>
      </w:r>
      <w:r w:rsidR="00B13C2B" w:rsidRPr="00DA325E">
        <w:rPr>
          <w:rFonts w:cs="Times New Roman"/>
          <w:color w:val="000000" w:themeColor="text1"/>
          <w:lang w:val="lt-LT"/>
        </w:rPr>
        <w:t>“</w:t>
      </w:r>
      <w:r w:rsidR="0009045E" w:rsidRPr="00DA325E">
        <w:rPr>
          <w:rFonts w:cs="Times New Roman"/>
          <w:color w:val="000000" w:themeColor="text1"/>
          <w:lang w:val="lt-LT"/>
        </w:rPr>
        <w:t xml:space="preserve"> – dalyvauja </w:t>
      </w:r>
      <w:r w:rsidR="00B13C2B" w:rsidRPr="00DA325E">
        <w:rPr>
          <w:rFonts w:cs="Times New Roman"/>
          <w:color w:val="000000" w:themeColor="text1"/>
          <w:lang w:val="lt-LT"/>
        </w:rPr>
        <w:t>ar</w:t>
      </w:r>
      <w:r w:rsidR="0009045E" w:rsidRPr="00DA325E">
        <w:rPr>
          <w:rFonts w:cs="Times New Roman"/>
          <w:color w:val="000000" w:themeColor="text1"/>
          <w:lang w:val="lt-LT"/>
        </w:rPr>
        <w:t xml:space="preserve"> koordinuoja, </w:t>
      </w:r>
      <w:r w:rsidR="00B13C2B" w:rsidRPr="00DA325E">
        <w:rPr>
          <w:rFonts w:cs="Times New Roman"/>
          <w:color w:val="000000" w:themeColor="text1"/>
          <w:lang w:val="lt-LT"/>
        </w:rPr>
        <w:t>,,</w:t>
      </w:r>
      <w:r w:rsidR="0009045E" w:rsidRPr="00DA325E">
        <w:rPr>
          <w:rFonts w:cs="Times New Roman"/>
          <w:color w:val="000000" w:themeColor="text1"/>
          <w:lang w:val="lt-LT"/>
        </w:rPr>
        <w:t>S</w:t>
      </w:r>
      <w:r w:rsidR="00B13C2B" w:rsidRPr="00DA325E">
        <w:rPr>
          <w:rFonts w:cs="Times New Roman"/>
          <w:color w:val="000000" w:themeColor="text1"/>
          <w:lang w:val="lt-LT"/>
        </w:rPr>
        <w:t>“</w:t>
      </w:r>
      <w:r w:rsidR="0009045E" w:rsidRPr="00DA325E">
        <w:rPr>
          <w:rFonts w:cs="Times New Roman"/>
          <w:color w:val="000000" w:themeColor="text1"/>
          <w:lang w:val="lt-LT"/>
        </w:rPr>
        <w:t xml:space="preserve"> – suderina </w:t>
      </w:r>
      <w:r w:rsidR="00B13C2B" w:rsidRPr="00DA325E">
        <w:rPr>
          <w:rFonts w:cs="Times New Roman"/>
          <w:color w:val="000000" w:themeColor="text1"/>
          <w:lang w:val="lt-LT"/>
        </w:rPr>
        <w:t>ar</w:t>
      </w:r>
      <w:r w:rsidR="0009045E" w:rsidRPr="00DA325E">
        <w:rPr>
          <w:rFonts w:cs="Times New Roman"/>
          <w:color w:val="000000" w:themeColor="text1"/>
          <w:lang w:val="lt-LT"/>
        </w:rPr>
        <w:t xml:space="preserve"> konsultuoja,</w:t>
      </w:r>
      <w:r w:rsidR="00B13C2B" w:rsidRPr="00DA325E">
        <w:rPr>
          <w:rFonts w:cs="Times New Roman"/>
          <w:color w:val="000000" w:themeColor="text1"/>
          <w:lang w:val="lt-LT"/>
        </w:rPr>
        <w:t xml:space="preserve"> ,,</w:t>
      </w:r>
      <w:r w:rsidR="0009045E" w:rsidRPr="00DA325E">
        <w:rPr>
          <w:rFonts w:cs="Times New Roman"/>
          <w:color w:val="000000" w:themeColor="text1"/>
          <w:lang w:val="lt-LT"/>
        </w:rPr>
        <w:t xml:space="preserve"> –</w:t>
      </w:r>
      <w:r w:rsidR="00B13C2B" w:rsidRPr="00DA325E">
        <w:rPr>
          <w:rFonts w:cs="Times New Roman"/>
          <w:color w:val="000000" w:themeColor="text1"/>
          <w:lang w:val="lt-LT"/>
        </w:rPr>
        <w:t xml:space="preserve">“ – </w:t>
      </w:r>
      <w:r w:rsidR="0009045E" w:rsidRPr="00DA325E">
        <w:rPr>
          <w:rFonts w:cs="Times New Roman"/>
          <w:color w:val="000000" w:themeColor="text1"/>
          <w:lang w:val="lt-LT"/>
        </w:rPr>
        <w:t>nėra tiesiogiai atsakingas.</w:t>
      </w:r>
    </w:p>
    <w:p w14:paraId="7A96B945" w14:textId="75626397" w:rsidR="003151FE" w:rsidRPr="00DA325E" w:rsidRDefault="00ED6364" w:rsidP="00C230D4">
      <w:pPr>
        <w:spacing w:after="0" w:line="276" w:lineRule="auto"/>
        <w:ind w:left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 xml:space="preserve">2) TBS – </w:t>
      </w:r>
      <w:r w:rsidR="00587114" w:rsidRPr="00DA325E">
        <w:rPr>
          <w:rFonts w:cs="Times New Roman"/>
          <w:color w:val="000000" w:themeColor="text1"/>
          <w:lang w:val="lt-LT"/>
        </w:rPr>
        <w:t>Tarptautinio bendradarbiavimo skyrius</w:t>
      </w:r>
      <w:r w:rsidRPr="00DA325E">
        <w:rPr>
          <w:rFonts w:cs="Times New Roman"/>
          <w:color w:val="000000" w:themeColor="text1"/>
          <w:lang w:val="lt-LT"/>
        </w:rPr>
        <w:t>,</w:t>
      </w:r>
      <w:r w:rsidR="00587114" w:rsidRPr="00DA325E">
        <w:rPr>
          <w:rFonts w:cs="Times New Roman"/>
          <w:color w:val="000000" w:themeColor="text1"/>
          <w:lang w:val="lt-LT"/>
        </w:rPr>
        <w:t xml:space="preserve"> IT</w:t>
      </w:r>
      <w:r w:rsidRPr="00DA325E">
        <w:rPr>
          <w:rFonts w:cs="Times New Roman"/>
          <w:color w:val="000000" w:themeColor="text1"/>
          <w:lang w:val="lt-LT"/>
        </w:rPr>
        <w:t>S – Informacinių technologijų</w:t>
      </w:r>
      <w:r w:rsidR="00587114" w:rsidRPr="00DA325E">
        <w:rPr>
          <w:rFonts w:cs="Times New Roman"/>
          <w:color w:val="000000" w:themeColor="text1"/>
          <w:lang w:val="lt-LT"/>
        </w:rPr>
        <w:t xml:space="preserve"> skyrius</w:t>
      </w:r>
      <w:r w:rsidRPr="00DA325E">
        <w:rPr>
          <w:rFonts w:cs="Times New Roman"/>
          <w:color w:val="000000" w:themeColor="text1"/>
          <w:lang w:val="lt-LT"/>
        </w:rPr>
        <w:t>,</w:t>
      </w:r>
      <w:r w:rsidR="00587114" w:rsidRPr="00DA325E">
        <w:rPr>
          <w:rFonts w:cs="Times New Roman"/>
          <w:color w:val="000000" w:themeColor="text1"/>
          <w:lang w:val="lt-LT"/>
        </w:rPr>
        <w:t xml:space="preserve"> </w:t>
      </w:r>
      <w:r w:rsidR="00D05C44" w:rsidRPr="00DA325E">
        <w:rPr>
          <w:rFonts w:cs="Times New Roman"/>
          <w:color w:val="000000" w:themeColor="text1"/>
          <w:lang w:val="lt-LT"/>
        </w:rPr>
        <w:t xml:space="preserve">TPiPS – </w:t>
      </w:r>
      <w:r w:rsidR="00587114" w:rsidRPr="00DA325E">
        <w:rPr>
          <w:rFonts w:cs="Times New Roman"/>
          <w:color w:val="000000" w:themeColor="text1"/>
          <w:lang w:val="lt-LT"/>
        </w:rPr>
        <w:t>Teisės</w:t>
      </w:r>
      <w:r w:rsidR="00D05C44" w:rsidRPr="00DA325E">
        <w:rPr>
          <w:rFonts w:cs="Times New Roman"/>
          <w:color w:val="000000" w:themeColor="text1"/>
          <w:lang w:val="lt-LT"/>
        </w:rPr>
        <w:t>, pirkimų ir personalo</w:t>
      </w:r>
      <w:r w:rsidR="00587114" w:rsidRPr="00DA325E">
        <w:rPr>
          <w:rFonts w:cs="Times New Roman"/>
          <w:color w:val="000000" w:themeColor="text1"/>
          <w:lang w:val="lt-LT"/>
        </w:rPr>
        <w:t xml:space="preserve"> skyrius</w:t>
      </w:r>
      <w:r w:rsidR="00D05C44" w:rsidRPr="00DA325E">
        <w:rPr>
          <w:rFonts w:cs="Times New Roman"/>
          <w:color w:val="000000" w:themeColor="text1"/>
          <w:lang w:val="lt-LT"/>
        </w:rPr>
        <w:t xml:space="preserve">, KVOS – </w:t>
      </w:r>
      <w:r w:rsidR="00F90AF0" w:rsidRPr="00DA325E">
        <w:rPr>
          <w:rFonts w:cs="Times New Roman"/>
          <w:color w:val="000000" w:themeColor="text1"/>
          <w:lang w:val="lt-LT"/>
        </w:rPr>
        <w:t xml:space="preserve">Komunikacijos ir veiklos organizavimo skyrius, PARTN – kiti LMT padaliniai – </w:t>
      </w:r>
      <w:r w:rsidR="00C7109D" w:rsidRPr="00DA325E">
        <w:rPr>
          <w:rFonts w:cs="Times New Roman"/>
          <w:color w:val="000000" w:themeColor="text1"/>
          <w:lang w:val="lt-LT"/>
        </w:rPr>
        <w:t>t</w:t>
      </w:r>
      <w:r w:rsidR="00587114" w:rsidRPr="00DA325E">
        <w:rPr>
          <w:rFonts w:cs="Times New Roman"/>
          <w:color w:val="000000" w:themeColor="text1"/>
          <w:lang w:val="lt-LT"/>
        </w:rPr>
        <w:t>urinio iniciatoriai, partneriai.</w:t>
      </w:r>
    </w:p>
    <w:p w14:paraId="034E7917" w14:textId="77777777" w:rsidR="003151FE" w:rsidRPr="00DA325E" w:rsidRDefault="003151FE" w:rsidP="0017562C">
      <w:pPr>
        <w:spacing w:after="0" w:line="276" w:lineRule="auto"/>
        <w:jc w:val="both"/>
        <w:rPr>
          <w:rFonts w:cs="Times New Roman"/>
          <w:color w:val="000000" w:themeColor="text1"/>
          <w:lang w:val="lt-LT"/>
        </w:rPr>
        <w:sectPr w:rsidR="003151FE" w:rsidRPr="00DA325E" w:rsidSect="00137D37">
          <w:footerReference w:type="default" r:id="rId10"/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p w14:paraId="20BE4C3F" w14:textId="60B69E6A" w:rsidR="00A64C0A" w:rsidRPr="00DA325E" w:rsidRDefault="00A64C0A" w:rsidP="007D5C50">
      <w:pPr>
        <w:pStyle w:val="Heading1"/>
        <w:spacing w:before="0" w:after="0" w:line="240" w:lineRule="auto"/>
        <w:ind w:left="5850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  <w:lastRenderedPageBreak/>
        <w:t>Lietuvos diasporos tyrėjų kontaktų sąrašo sudarymo</w:t>
      </w:r>
      <w:r w:rsidR="00DF2780" w:rsidRPr="00DA325E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  <w:t xml:space="preserve"> ir </w:t>
      </w:r>
      <w:r w:rsidRPr="00DA325E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  <w:t>administravimo</w:t>
      </w:r>
    </w:p>
    <w:p w14:paraId="22829EDA" w14:textId="72115A43" w:rsidR="00F40F3E" w:rsidRPr="00DA325E" w:rsidRDefault="00A64C0A" w:rsidP="007D5C50">
      <w:pPr>
        <w:pStyle w:val="Heading1"/>
        <w:spacing w:before="0" w:after="0" w:line="240" w:lineRule="auto"/>
        <w:ind w:left="5850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  <w:t>Lietuvos mokslo taryboje tvarkos aprašo</w:t>
      </w:r>
    </w:p>
    <w:p w14:paraId="6238FC1F" w14:textId="4DD4FFAC" w:rsidR="00D80A07" w:rsidRPr="00DA325E" w:rsidRDefault="00744A97" w:rsidP="007D5C50">
      <w:pPr>
        <w:pStyle w:val="Heading1"/>
        <w:spacing w:before="0" w:after="0" w:line="240" w:lineRule="auto"/>
        <w:ind w:left="5850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val="lt-LT"/>
        </w:rPr>
        <w:t>2 priedas</w:t>
      </w:r>
    </w:p>
    <w:p w14:paraId="2C6CC10E" w14:textId="77777777" w:rsidR="00C7109D" w:rsidRPr="00DA325E" w:rsidRDefault="00C7109D" w:rsidP="00C7109D">
      <w:pPr>
        <w:rPr>
          <w:lang w:val="lt-LT"/>
        </w:rPr>
      </w:pPr>
    </w:p>
    <w:p w14:paraId="434A03C0" w14:textId="73E20416" w:rsidR="00E2748C" w:rsidRPr="00DA325E" w:rsidRDefault="00E2748C" w:rsidP="00C7109D">
      <w:pPr>
        <w:pStyle w:val="Heading1"/>
        <w:spacing w:before="0" w:after="0" w:line="276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(Kviet</w:t>
      </w:r>
      <w:r w:rsidR="00FB0132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i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mo EDB ekspertams</w:t>
      </w:r>
      <w:r w:rsidR="00E61C52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 prisijungti prie Lietuvos diasporos tyrėjų kontaktų sąrašo </w:t>
      </w:r>
      <w:r w:rsidR="00F242F6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pranešimo </w:t>
      </w:r>
      <w:r w:rsidR="009B75B9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pavyzdinė </w:t>
      </w:r>
      <w:r w:rsidR="00E61C52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forma</w:t>
      </w:r>
      <w:r w:rsidR="00FB0132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)</w:t>
      </w:r>
    </w:p>
    <w:p w14:paraId="5123F84B" w14:textId="77777777" w:rsidR="00E2748C" w:rsidRPr="00DA325E" w:rsidRDefault="00E2748C" w:rsidP="00F242F6">
      <w:pPr>
        <w:rPr>
          <w:color w:val="000000" w:themeColor="text1"/>
          <w:lang w:val="lt-LT"/>
        </w:rPr>
      </w:pPr>
    </w:p>
    <w:p w14:paraId="748825EB" w14:textId="32C29A68" w:rsidR="003151FE" w:rsidRPr="00DA325E" w:rsidRDefault="00744A97" w:rsidP="00737EBA">
      <w:pPr>
        <w:pStyle w:val="Heading1"/>
        <w:spacing w:before="0" w:after="0" w:line="276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</w:pP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KVIETIMO EDB EKSPERTAMS PRISIJUNGTI PRIE </w:t>
      </w:r>
      <w:r w:rsidR="00FB0132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LIETUVOS DIASPOROS TYRĖJŲ</w:t>
      </w:r>
      <w:r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 KONTAKTŲ SĄRAŠO </w:t>
      </w:r>
      <w:r w:rsidR="00F242F6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PRANEŠIMO </w:t>
      </w:r>
      <w:r w:rsidR="009B75B9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 xml:space="preserve">PAVYZDINĖ </w:t>
      </w:r>
      <w:r w:rsidR="00FB0132" w:rsidRPr="00DA325E">
        <w:rPr>
          <w:rFonts w:ascii="Times New Roman" w:hAnsi="Times New Roman" w:cs="Times New Roman"/>
          <w:color w:val="000000" w:themeColor="text1"/>
          <w:sz w:val="22"/>
          <w:szCs w:val="22"/>
          <w:lang w:val="lt-LT"/>
        </w:rPr>
        <w:t>FORMA</w:t>
      </w:r>
    </w:p>
    <w:p w14:paraId="68C72EF7" w14:textId="77777777" w:rsidR="00F242F6" w:rsidRPr="00DA325E" w:rsidRDefault="00F242F6" w:rsidP="00F242F6">
      <w:pPr>
        <w:rPr>
          <w:color w:val="000000" w:themeColor="text1"/>
          <w:lang w:val="lt-LT"/>
        </w:rPr>
      </w:pPr>
    </w:p>
    <w:p w14:paraId="26239BEA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b/>
          <w:color w:val="000000" w:themeColor="text1"/>
          <w:lang w:val="lt-LT"/>
        </w:rPr>
        <w:t>Kvietimas prisijungti prie Lietuvos diasporos tyrėjų bendruomenės</w:t>
      </w:r>
    </w:p>
    <w:p w14:paraId="3F212DDC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Gerbiamas (-a) [Vardas Pavardė],</w:t>
      </w:r>
    </w:p>
    <w:p w14:paraId="76E92031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esate registruotas (-a) Lietuvos mokslo tarybos Ekspertų duomenų bazėje – dėkojame už bendradarbiavimą ir indėlį į Lietuvos mokslo vertinimo procesus.</w:t>
      </w:r>
    </w:p>
    <w:p w14:paraId="6884FEBF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Šiandien kreipiamės su nauju kvietimu. Lietuvos mokslo taryba sudaro Diasporos tyrėjų kontaktų sąrašą – iniciatyvą, skirtą ryšiui su užsienyje gyvenančiais ir dirbančiais Lietuvos tyrėjais palaikyti.</w:t>
      </w:r>
    </w:p>
    <w:p w14:paraId="512DC478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Kad ir kur gyventumėte ar dirbtumėte – Jūsų patirtis, žinios ir ryšiai yra vertingi Lietuvos mokslo bendruomenei. Sąrašo nariai gauna aktualią informaciją apie:</w:t>
      </w:r>
    </w:p>
    <w:p w14:paraId="63D71CB0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• LMT programas, kvietimus ir iniciatyvas;</w:t>
      </w:r>
    </w:p>
    <w:p w14:paraId="4E7477C2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• bendradarbiavimo, mentorystės ir projektų galimybes;</w:t>
      </w:r>
    </w:p>
    <w:p w14:paraId="652335ED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• renginius bei veiklas, kuriose galite dalyvauti ar prie kurių galite prisidėti.</w:t>
      </w:r>
    </w:p>
    <w:p w14:paraId="12D8A6E2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Registracija yra savanoriška, nemokama ir bet kada atšaukiama.</w:t>
      </w:r>
    </w:p>
    <w:p w14:paraId="7D785FB8" w14:textId="04A17481" w:rsidR="003151FE" w:rsidRPr="00DA325E" w:rsidRDefault="008267DC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color w:val="000000" w:themeColor="text1"/>
          <w:lang w:val="lt-LT"/>
        </w:rPr>
        <w:t>Norėdami prisijungti prie</w:t>
      </w:r>
      <w:r w:rsidR="00744A97" w:rsidRPr="00DA325E">
        <w:rPr>
          <w:color w:val="000000" w:themeColor="text1"/>
          <w:lang w:val="lt-LT"/>
        </w:rPr>
        <w:t xml:space="preserve"> Diasporos tyrėjų kontaktų </w:t>
      </w:r>
      <w:r w:rsidRPr="00DA325E">
        <w:rPr>
          <w:color w:val="000000" w:themeColor="text1"/>
          <w:lang w:val="lt-LT"/>
        </w:rPr>
        <w:t>sąrašo</w:t>
      </w:r>
      <w:r w:rsidR="00744A97" w:rsidRPr="00DA325E">
        <w:rPr>
          <w:color w:val="000000" w:themeColor="text1"/>
          <w:lang w:val="lt-LT"/>
        </w:rPr>
        <w:t>, prašome užpildyti trumpą registracijos formą</w:t>
      </w:r>
      <w:r w:rsidR="00744A97" w:rsidRPr="00DA325E">
        <w:rPr>
          <w:rFonts w:cs="Times New Roman"/>
          <w:color w:val="000000" w:themeColor="text1"/>
          <w:lang w:val="lt-LT"/>
        </w:rPr>
        <w:t>:</w:t>
      </w:r>
      <w:r w:rsidRPr="00DA325E">
        <w:rPr>
          <w:rFonts w:cs="Times New Roman"/>
          <w:color w:val="000000" w:themeColor="text1"/>
          <w:lang w:val="lt-LT"/>
        </w:rPr>
        <w:t xml:space="preserve"> </w:t>
      </w:r>
      <w:r w:rsidR="00744A97" w:rsidRPr="00DA325E">
        <w:rPr>
          <w:rFonts w:cs="Times New Roman"/>
          <w:color w:val="000000" w:themeColor="text1"/>
          <w:lang w:val="lt-LT"/>
        </w:rPr>
        <w:t>[REGISTRACIJOS NUORODA]</w:t>
      </w:r>
    </w:p>
    <w:p w14:paraId="0DFD0BC9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Turite klausimų? Rašykite mums: [el. paštas] arba skambinkite [telefonas].</w:t>
      </w:r>
    </w:p>
    <w:p w14:paraId="3FB9CDC0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Su pagarba,</w:t>
      </w:r>
    </w:p>
    <w:p w14:paraId="56170D46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[Vardas Pavardė]</w:t>
      </w:r>
    </w:p>
    <w:p w14:paraId="4D651E0E" w14:textId="77777777" w:rsidR="003151FE" w:rsidRPr="00DA325E" w:rsidRDefault="00744A9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Lietuvos mokslo taryba</w:t>
      </w:r>
    </w:p>
    <w:p w14:paraId="3B3EE0F1" w14:textId="6B74D538" w:rsidR="003151FE" w:rsidRPr="00DA325E" w:rsidRDefault="00D80A0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  <w:hyperlink r:id="rId11" w:history="1">
        <w:r w:rsidRPr="00DA325E">
          <w:rPr>
            <w:rStyle w:val="Hyperlink"/>
            <w:rFonts w:cs="Times New Roman"/>
            <w:color w:val="000000" w:themeColor="text1"/>
            <w:lang w:val="lt-LT"/>
          </w:rPr>
          <w:t>www.lmt.lrv.lt</w:t>
        </w:r>
      </w:hyperlink>
    </w:p>
    <w:p w14:paraId="1A3D1050" w14:textId="77777777" w:rsidR="00D80A07" w:rsidRPr="00DA325E" w:rsidRDefault="00D80A07" w:rsidP="00737EBA">
      <w:pPr>
        <w:spacing w:after="0" w:line="276" w:lineRule="auto"/>
        <w:ind w:firstLine="540"/>
        <w:jc w:val="both"/>
        <w:rPr>
          <w:rFonts w:cs="Times New Roman"/>
          <w:color w:val="000000" w:themeColor="text1"/>
          <w:lang w:val="lt-LT"/>
        </w:rPr>
      </w:pPr>
    </w:p>
    <w:p w14:paraId="51D530B3" w14:textId="1A2004EE" w:rsidR="003151FE" w:rsidRPr="00DA325E" w:rsidRDefault="008639F8" w:rsidP="00204515">
      <w:pPr>
        <w:pStyle w:val="ListBullet"/>
        <w:numPr>
          <w:ilvl w:val="0"/>
          <w:numId w:val="0"/>
        </w:numPr>
        <w:spacing w:after="0" w:line="276" w:lineRule="auto"/>
        <w:jc w:val="center"/>
        <w:rPr>
          <w:rFonts w:cs="Times New Roman"/>
          <w:color w:val="000000" w:themeColor="text1"/>
          <w:lang w:val="lt-LT"/>
        </w:rPr>
      </w:pPr>
      <w:r w:rsidRPr="00DA325E">
        <w:rPr>
          <w:rFonts w:cs="Times New Roman"/>
          <w:color w:val="000000" w:themeColor="text1"/>
          <w:lang w:val="lt-LT"/>
        </w:rPr>
        <w:t>_____________________</w:t>
      </w:r>
    </w:p>
    <w:sectPr w:rsidR="003151FE" w:rsidRPr="00DA325E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B2D35" w14:textId="77777777" w:rsidR="001D11C1" w:rsidRDefault="001D11C1">
      <w:pPr>
        <w:spacing w:after="0" w:line="240" w:lineRule="auto"/>
      </w:pPr>
      <w:r>
        <w:separator/>
      </w:r>
    </w:p>
  </w:endnote>
  <w:endnote w:type="continuationSeparator" w:id="0">
    <w:p w14:paraId="6C162C7C" w14:textId="77777777" w:rsidR="001D11C1" w:rsidRDefault="001D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(Body CS)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FCB98" w14:textId="77777777" w:rsidR="00897F41" w:rsidRDefault="00897F4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436EF" w14:textId="77777777" w:rsidR="001D11C1" w:rsidRDefault="001D11C1">
      <w:pPr>
        <w:spacing w:after="0" w:line="240" w:lineRule="auto"/>
      </w:pPr>
      <w:r>
        <w:separator/>
      </w:r>
    </w:p>
  </w:footnote>
  <w:footnote w:type="continuationSeparator" w:id="0">
    <w:p w14:paraId="71B58F6B" w14:textId="77777777" w:rsidR="001D11C1" w:rsidRDefault="001D1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AE41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1666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4F304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5CD0C23"/>
    <w:multiLevelType w:val="multilevel"/>
    <w:tmpl w:val="A21695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12" w15:restartNumberingAfterBreak="0">
    <w:nsid w:val="17C51B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CFF0ABA"/>
    <w:multiLevelType w:val="hybridMultilevel"/>
    <w:tmpl w:val="579C9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C62C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FA86A71"/>
    <w:multiLevelType w:val="multilevel"/>
    <w:tmpl w:val="A21695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16" w15:restartNumberingAfterBreak="0">
    <w:nsid w:val="31083C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5DA38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6E12738"/>
    <w:multiLevelType w:val="multilevel"/>
    <w:tmpl w:val="BA04D5F2"/>
    <w:lvl w:ilvl="0">
      <w:start w:val="1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19" w15:restartNumberingAfterBreak="0">
    <w:nsid w:val="37C94773"/>
    <w:multiLevelType w:val="multilevel"/>
    <w:tmpl w:val="BA04D5F2"/>
    <w:lvl w:ilvl="0">
      <w:start w:val="1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20" w15:restartNumberingAfterBreak="0">
    <w:nsid w:val="3B962FD4"/>
    <w:multiLevelType w:val="hybridMultilevel"/>
    <w:tmpl w:val="DADCBF3C"/>
    <w:lvl w:ilvl="0" w:tplc="FEDCFE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F7F2EC2"/>
    <w:multiLevelType w:val="multilevel"/>
    <w:tmpl w:val="0409001F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17F5C3B"/>
    <w:multiLevelType w:val="multilevel"/>
    <w:tmpl w:val="A21695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23" w15:restartNumberingAfterBreak="0">
    <w:nsid w:val="485227E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825174"/>
    <w:multiLevelType w:val="multilevel"/>
    <w:tmpl w:val="E6D2B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1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CA34B44"/>
    <w:multiLevelType w:val="multilevel"/>
    <w:tmpl w:val="20B87F8E"/>
    <w:lvl w:ilvl="0">
      <w:start w:val="1"/>
      <w:numFmt w:val="decimal"/>
      <w:suff w:val="space"/>
      <w:lvlText w:val="%1."/>
      <w:lvlJc w:val="left"/>
      <w:pPr>
        <w:ind w:left="71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1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" w:firstLine="0"/>
      </w:pPr>
      <w:rPr>
        <w:rFonts w:hint="default"/>
      </w:rPr>
    </w:lvl>
  </w:abstractNum>
  <w:abstractNum w:abstractNumId="26" w15:restartNumberingAfterBreak="0">
    <w:nsid w:val="4F842FA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EC27538"/>
    <w:multiLevelType w:val="hybridMultilevel"/>
    <w:tmpl w:val="8020E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C434B6"/>
    <w:multiLevelType w:val="hybridMultilevel"/>
    <w:tmpl w:val="E0022D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E8563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5812DF"/>
    <w:multiLevelType w:val="hybridMultilevel"/>
    <w:tmpl w:val="737CEAEE"/>
    <w:lvl w:ilvl="0" w:tplc="5EE28F00">
      <w:start w:val="1"/>
      <w:numFmt w:val="decimal"/>
      <w:lvlText w:val="%1."/>
      <w:lvlJc w:val="left"/>
      <w:pPr>
        <w:ind w:left="1020" w:hanging="360"/>
      </w:pPr>
    </w:lvl>
    <w:lvl w:ilvl="1" w:tplc="7AFC8A60">
      <w:start w:val="1"/>
      <w:numFmt w:val="decimal"/>
      <w:lvlText w:val="%2."/>
      <w:lvlJc w:val="left"/>
      <w:pPr>
        <w:ind w:left="1020" w:hanging="360"/>
      </w:pPr>
    </w:lvl>
    <w:lvl w:ilvl="2" w:tplc="EE5CD0DA">
      <w:start w:val="1"/>
      <w:numFmt w:val="decimal"/>
      <w:lvlText w:val="%3."/>
      <w:lvlJc w:val="left"/>
      <w:pPr>
        <w:ind w:left="1020" w:hanging="360"/>
      </w:pPr>
    </w:lvl>
    <w:lvl w:ilvl="3" w:tplc="C2C6C70C">
      <w:start w:val="1"/>
      <w:numFmt w:val="decimal"/>
      <w:lvlText w:val="%4."/>
      <w:lvlJc w:val="left"/>
      <w:pPr>
        <w:ind w:left="1020" w:hanging="360"/>
      </w:pPr>
    </w:lvl>
    <w:lvl w:ilvl="4" w:tplc="8ADA5D48">
      <w:start w:val="1"/>
      <w:numFmt w:val="decimal"/>
      <w:lvlText w:val="%5."/>
      <w:lvlJc w:val="left"/>
      <w:pPr>
        <w:ind w:left="1020" w:hanging="360"/>
      </w:pPr>
    </w:lvl>
    <w:lvl w:ilvl="5" w:tplc="ED1CDAD0">
      <w:start w:val="1"/>
      <w:numFmt w:val="decimal"/>
      <w:lvlText w:val="%6."/>
      <w:lvlJc w:val="left"/>
      <w:pPr>
        <w:ind w:left="1020" w:hanging="360"/>
      </w:pPr>
    </w:lvl>
    <w:lvl w:ilvl="6" w:tplc="0734B2E2">
      <w:start w:val="1"/>
      <w:numFmt w:val="decimal"/>
      <w:lvlText w:val="%7."/>
      <w:lvlJc w:val="left"/>
      <w:pPr>
        <w:ind w:left="1020" w:hanging="360"/>
      </w:pPr>
    </w:lvl>
    <w:lvl w:ilvl="7" w:tplc="0A6C2588">
      <w:start w:val="1"/>
      <w:numFmt w:val="decimal"/>
      <w:lvlText w:val="%8."/>
      <w:lvlJc w:val="left"/>
      <w:pPr>
        <w:ind w:left="1020" w:hanging="360"/>
      </w:pPr>
    </w:lvl>
    <w:lvl w:ilvl="8" w:tplc="1B8E702A">
      <w:start w:val="1"/>
      <w:numFmt w:val="decimal"/>
      <w:lvlText w:val="%9."/>
      <w:lvlJc w:val="left"/>
      <w:pPr>
        <w:ind w:left="1020" w:hanging="360"/>
      </w:pPr>
    </w:lvl>
  </w:abstractNum>
  <w:abstractNum w:abstractNumId="31" w15:restartNumberingAfterBreak="0">
    <w:nsid w:val="6B9F7CDA"/>
    <w:multiLevelType w:val="multilevel"/>
    <w:tmpl w:val="0409001F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decimal"/>
      <w:lvlText w:val="%1.%2.%3."/>
      <w:lvlJc w:val="left"/>
      <w:pPr>
        <w:ind w:left="1764" w:hanging="504"/>
      </w:pPr>
    </w:lvl>
    <w:lvl w:ilvl="3">
      <w:start w:val="1"/>
      <w:numFmt w:val="decimal"/>
      <w:lvlText w:val="%1.%2.%3.%4."/>
      <w:lvlJc w:val="left"/>
      <w:pPr>
        <w:ind w:left="2268" w:hanging="648"/>
      </w:pPr>
    </w:lvl>
    <w:lvl w:ilvl="4">
      <w:start w:val="1"/>
      <w:numFmt w:val="decimal"/>
      <w:lvlText w:val="%1.%2.%3.%4.%5."/>
      <w:lvlJc w:val="left"/>
      <w:pPr>
        <w:ind w:left="2772" w:hanging="792"/>
      </w:pPr>
    </w:lvl>
    <w:lvl w:ilvl="5">
      <w:start w:val="1"/>
      <w:numFmt w:val="decimal"/>
      <w:lvlText w:val="%1.%2.%3.%4.%5.%6."/>
      <w:lvlJc w:val="left"/>
      <w:pPr>
        <w:ind w:left="3276" w:hanging="936"/>
      </w:pPr>
    </w:lvl>
    <w:lvl w:ilvl="6">
      <w:start w:val="1"/>
      <w:numFmt w:val="decimal"/>
      <w:lvlText w:val="%1.%2.%3.%4.%5.%6.%7."/>
      <w:lvlJc w:val="left"/>
      <w:pPr>
        <w:ind w:left="3780" w:hanging="1080"/>
      </w:pPr>
    </w:lvl>
    <w:lvl w:ilvl="7">
      <w:start w:val="1"/>
      <w:numFmt w:val="decimal"/>
      <w:lvlText w:val="%1.%2.%3.%4.%5.%6.%7.%8."/>
      <w:lvlJc w:val="left"/>
      <w:pPr>
        <w:ind w:left="4284" w:hanging="1224"/>
      </w:pPr>
    </w:lvl>
    <w:lvl w:ilvl="8">
      <w:start w:val="1"/>
      <w:numFmt w:val="decimal"/>
      <w:lvlText w:val="%1.%2.%3.%4.%5.%6.%7.%8.%9."/>
      <w:lvlJc w:val="left"/>
      <w:pPr>
        <w:ind w:left="4860" w:hanging="1440"/>
      </w:pPr>
    </w:lvl>
  </w:abstractNum>
  <w:abstractNum w:abstractNumId="32" w15:restartNumberingAfterBreak="0">
    <w:nsid w:val="6E335BFF"/>
    <w:multiLevelType w:val="hybridMultilevel"/>
    <w:tmpl w:val="402A1584"/>
    <w:lvl w:ilvl="0" w:tplc="E408902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A3A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3716875">
    <w:abstractNumId w:val="19"/>
  </w:num>
  <w:num w:numId="2" w16cid:durableId="1172836046">
    <w:abstractNumId w:val="14"/>
  </w:num>
  <w:num w:numId="3" w16cid:durableId="1422339012">
    <w:abstractNumId w:val="18"/>
  </w:num>
  <w:num w:numId="4" w16cid:durableId="1508324744">
    <w:abstractNumId w:val="28"/>
  </w:num>
  <w:num w:numId="5" w16cid:durableId="1541554716">
    <w:abstractNumId w:val="1"/>
  </w:num>
  <w:num w:numId="6" w16cid:durableId="1602881596">
    <w:abstractNumId w:val="0"/>
  </w:num>
  <w:num w:numId="7" w16cid:durableId="1613513940">
    <w:abstractNumId w:val="6"/>
  </w:num>
  <w:num w:numId="8" w16cid:durableId="1667513354">
    <w:abstractNumId w:val="2"/>
  </w:num>
  <w:num w:numId="9" w16cid:durableId="1813013013">
    <w:abstractNumId w:val="20"/>
  </w:num>
  <w:num w:numId="10" w16cid:durableId="1885212733">
    <w:abstractNumId w:val="11"/>
  </w:num>
  <w:num w:numId="11" w16cid:durableId="1973440603">
    <w:abstractNumId w:val="10"/>
  </w:num>
  <w:num w:numId="12" w16cid:durableId="1985770648">
    <w:abstractNumId w:val="4"/>
  </w:num>
  <w:num w:numId="13" w16cid:durableId="1993215293">
    <w:abstractNumId w:val="7"/>
  </w:num>
  <w:num w:numId="14" w16cid:durableId="2049063594">
    <w:abstractNumId w:val="3"/>
  </w:num>
  <w:num w:numId="15" w16cid:durableId="2060780106">
    <w:abstractNumId w:val="8"/>
  </w:num>
  <w:num w:numId="16" w16cid:durableId="244993023">
    <w:abstractNumId w:val="24"/>
  </w:num>
  <w:num w:numId="17" w16cid:durableId="263389522">
    <w:abstractNumId w:val="23"/>
  </w:num>
  <w:num w:numId="18" w16cid:durableId="268780184">
    <w:abstractNumId w:val="9"/>
  </w:num>
  <w:num w:numId="19" w16cid:durableId="272593346">
    <w:abstractNumId w:val="33"/>
  </w:num>
  <w:num w:numId="20" w16cid:durableId="291595241">
    <w:abstractNumId w:val="13"/>
  </w:num>
  <w:num w:numId="21" w16cid:durableId="301425335">
    <w:abstractNumId w:val="22"/>
  </w:num>
  <w:num w:numId="22" w16cid:durableId="309602667">
    <w:abstractNumId w:val="16"/>
  </w:num>
  <w:num w:numId="23" w16cid:durableId="340425814">
    <w:abstractNumId w:val="15"/>
  </w:num>
  <w:num w:numId="24" w16cid:durableId="406919938">
    <w:abstractNumId w:val="27"/>
  </w:num>
  <w:num w:numId="25" w16cid:durableId="517306041">
    <w:abstractNumId w:val="5"/>
  </w:num>
  <w:num w:numId="26" w16cid:durableId="556626559">
    <w:abstractNumId w:val="26"/>
  </w:num>
  <w:num w:numId="27" w16cid:durableId="65879681">
    <w:abstractNumId w:val="21"/>
  </w:num>
  <w:num w:numId="28" w16cid:durableId="670449">
    <w:abstractNumId w:val="29"/>
  </w:num>
  <w:num w:numId="29" w16cid:durableId="817764547">
    <w:abstractNumId w:val="12"/>
  </w:num>
  <w:num w:numId="30" w16cid:durableId="847401755">
    <w:abstractNumId w:val="31"/>
  </w:num>
  <w:num w:numId="31" w16cid:durableId="942031864">
    <w:abstractNumId w:val="17"/>
  </w:num>
  <w:num w:numId="32" w16cid:durableId="997877579">
    <w:abstractNumId w:val="32"/>
  </w:num>
  <w:num w:numId="33" w16cid:durableId="1278485527">
    <w:abstractNumId w:val="25"/>
  </w:num>
  <w:num w:numId="34" w16cid:durableId="87303392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144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8F"/>
    <w:rsid w:val="00001FC6"/>
    <w:rsid w:val="00002DC9"/>
    <w:rsid w:val="00003636"/>
    <w:rsid w:val="0000685F"/>
    <w:rsid w:val="0001092C"/>
    <w:rsid w:val="00013C59"/>
    <w:rsid w:val="000146B0"/>
    <w:rsid w:val="00015B7F"/>
    <w:rsid w:val="00020D29"/>
    <w:rsid w:val="000218EC"/>
    <w:rsid w:val="000223A7"/>
    <w:rsid w:val="0002274E"/>
    <w:rsid w:val="00023408"/>
    <w:rsid w:val="00023854"/>
    <w:rsid w:val="000260C0"/>
    <w:rsid w:val="000279D6"/>
    <w:rsid w:val="00030D66"/>
    <w:rsid w:val="00033029"/>
    <w:rsid w:val="00033130"/>
    <w:rsid w:val="00034616"/>
    <w:rsid w:val="00040534"/>
    <w:rsid w:val="000413AA"/>
    <w:rsid w:val="000435A4"/>
    <w:rsid w:val="00043C7C"/>
    <w:rsid w:val="00043E66"/>
    <w:rsid w:val="00045106"/>
    <w:rsid w:val="0004586E"/>
    <w:rsid w:val="00046F78"/>
    <w:rsid w:val="00050496"/>
    <w:rsid w:val="000513E8"/>
    <w:rsid w:val="00051698"/>
    <w:rsid w:val="000519F7"/>
    <w:rsid w:val="00052D59"/>
    <w:rsid w:val="000533BE"/>
    <w:rsid w:val="000536CF"/>
    <w:rsid w:val="0005420C"/>
    <w:rsid w:val="000549D4"/>
    <w:rsid w:val="0005645D"/>
    <w:rsid w:val="00057841"/>
    <w:rsid w:val="000578C1"/>
    <w:rsid w:val="0006063C"/>
    <w:rsid w:val="00060FB6"/>
    <w:rsid w:val="00063C5A"/>
    <w:rsid w:val="00064221"/>
    <w:rsid w:val="00064623"/>
    <w:rsid w:val="00064C02"/>
    <w:rsid w:val="00065FE8"/>
    <w:rsid w:val="00067ED7"/>
    <w:rsid w:val="00071659"/>
    <w:rsid w:val="000717F1"/>
    <w:rsid w:val="00072187"/>
    <w:rsid w:val="00073D14"/>
    <w:rsid w:val="00073FFC"/>
    <w:rsid w:val="000755C8"/>
    <w:rsid w:val="00077FB9"/>
    <w:rsid w:val="000846D4"/>
    <w:rsid w:val="0008555F"/>
    <w:rsid w:val="00087E98"/>
    <w:rsid w:val="0009045E"/>
    <w:rsid w:val="000912E2"/>
    <w:rsid w:val="00091688"/>
    <w:rsid w:val="00091773"/>
    <w:rsid w:val="00092A0A"/>
    <w:rsid w:val="000930DE"/>
    <w:rsid w:val="00093A3D"/>
    <w:rsid w:val="000969EE"/>
    <w:rsid w:val="000A0383"/>
    <w:rsid w:val="000A186E"/>
    <w:rsid w:val="000A2F8D"/>
    <w:rsid w:val="000A3C23"/>
    <w:rsid w:val="000A4329"/>
    <w:rsid w:val="000A64B4"/>
    <w:rsid w:val="000A7236"/>
    <w:rsid w:val="000B041C"/>
    <w:rsid w:val="000B07CF"/>
    <w:rsid w:val="000B09FC"/>
    <w:rsid w:val="000B1D39"/>
    <w:rsid w:val="000B266B"/>
    <w:rsid w:val="000B353D"/>
    <w:rsid w:val="000B35A8"/>
    <w:rsid w:val="000B4AB8"/>
    <w:rsid w:val="000B62F6"/>
    <w:rsid w:val="000B73E7"/>
    <w:rsid w:val="000C0EDD"/>
    <w:rsid w:val="000C0F10"/>
    <w:rsid w:val="000C1DCD"/>
    <w:rsid w:val="000C5482"/>
    <w:rsid w:val="000C5576"/>
    <w:rsid w:val="000C56E2"/>
    <w:rsid w:val="000C5E8E"/>
    <w:rsid w:val="000D0A30"/>
    <w:rsid w:val="000D0C0C"/>
    <w:rsid w:val="000D28B7"/>
    <w:rsid w:val="000D2D01"/>
    <w:rsid w:val="000D4487"/>
    <w:rsid w:val="000D5646"/>
    <w:rsid w:val="000D5FE8"/>
    <w:rsid w:val="000E022C"/>
    <w:rsid w:val="000E1BC9"/>
    <w:rsid w:val="000E43AF"/>
    <w:rsid w:val="000E6083"/>
    <w:rsid w:val="000E66FA"/>
    <w:rsid w:val="000E6A41"/>
    <w:rsid w:val="000F0451"/>
    <w:rsid w:val="000F09DB"/>
    <w:rsid w:val="000F1F54"/>
    <w:rsid w:val="000F20C9"/>
    <w:rsid w:val="000F21FA"/>
    <w:rsid w:val="000F429A"/>
    <w:rsid w:val="000F5B19"/>
    <w:rsid w:val="000F6ECF"/>
    <w:rsid w:val="00101433"/>
    <w:rsid w:val="001027A3"/>
    <w:rsid w:val="00105A4F"/>
    <w:rsid w:val="00106633"/>
    <w:rsid w:val="00111904"/>
    <w:rsid w:val="001120A8"/>
    <w:rsid w:val="00113FC6"/>
    <w:rsid w:val="00114550"/>
    <w:rsid w:val="00115EBB"/>
    <w:rsid w:val="00116395"/>
    <w:rsid w:val="001200B6"/>
    <w:rsid w:val="00124B0B"/>
    <w:rsid w:val="00125E97"/>
    <w:rsid w:val="001334C7"/>
    <w:rsid w:val="00134AC8"/>
    <w:rsid w:val="00135977"/>
    <w:rsid w:val="001370AB"/>
    <w:rsid w:val="00137D37"/>
    <w:rsid w:val="00140178"/>
    <w:rsid w:val="0014035A"/>
    <w:rsid w:val="00140761"/>
    <w:rsid w:val="00143DE4"/>
    <w:rsid w:val="0014477C"/>
    <w:rsid w:val="0015074B"/>
    <w:rsid w:val="00150C9A"/>
    <w:rsid w:val="001519B3"/>
    <w:rsid w:val="001528D5"/>
    <w:rsid w:val="00156FC9"/>
    <w:rsid w:val="00157B28"/>
    <w:rsid w:val="00165EEF"/>
    <w:rsid w:val="00166CB3"/>
    <w:rsid w:val="00167D85"/>
    <w:rsid w:val="001706BB"/>
    <w:rsid w:val="00171284"/>
    <w:rsid w:val="00171D9B"/>
    <w:rsid w:val="00173AD1"/>
    <w:rsid w:val="00174BAB"/>
    <w:rsid w:val="00174FB6"/>
    <w:rsid w:val="0017562C"/>
    <w:rsid w:val="00180761"/>
    <w:rsid w:val="0018148B"/>
    <w:rsid w:val="00181BB3"/>
    <w:rsid w:val="00184A8C"/>
    <w:rsid w:val="00185A77"/>
    <w:rsid w:val="0018652B"/>
    <w:rsid w:val="001867EE"/>
    <w:rsid w:val="001869B4"/>
    <w:rsid w:val="0019178B"/>
    <w:rsid w:val="00193A45"/>
    <w:rsid w:val="001A1959"/>
    <w:rsid w:val="001A388C"/>
    <w:rsid w:val="001A39B8"/>
    <w:rsid w:val="001A4CE8"/>
    <w:rsid w:val="001A52C6"/>
    <w:rsid w:val="001B0DFB"/>
    <w:rsid w:val="001B1069"/>
    <w:rsid w:val="001B22BD"/>
    <w:rsid w:val="001B2300"/>
    <w:rsid w:val="001B4865"/>
    <w:rsid w:val="001B4E5A"/>
    <w:rsid w:val="001B51F5"/>
    <w:rsid w:val="001C09E9"/>
    <w:rsid w:val="001C1AAE"/>
    <w:rsid w:val="001C24CD"/>
    <w:rsid w:val="001C4D61"/>
    <w:rsid w:val="001C5C61"/>
    <w:rsid w:val="001C7E97"/>
    <w:rsid w:val="001D002F"/>
    <w:rsid w:val="001D11C1"/>
    <w:rsid w:val="001D14F7"/>
    <w:rsid w:val="001D5C8D"/>
    <w:rsid w:val="001D674E"/>
    <w:rsid w:val="001D6B74"/>
    <w:rsid w:val="001E147C"/>
    <w:rsid w:val="001E147F"/>
    <w:rsid w:val="001E32A2"/>
    <w:rsid w:val="001E335A"/>
    <w:rsid w:val="001E38F8"/>
    <w:rsid w:val="001E4718"/>
    <w:rsid w:val="001E64C9"/>
    <w:rsid w:val="001E65A2"/>
    <w:rsid w:val="001E6F94"/>
    <w:rsid w:val="001F16D1"/>
    <w:rsid w:val="001F1C2C"/>
    <w:rsid w:val="001F2490"/>
    <w:rsid w:val="001F25A9"/>
    <w:rsid w:val="001F452E"/>
    <w:rsid w:val="001F47EB"/>
    <w:rsid w:val="001F4C62"/>
    <w:rsid w:val="001F661C"/>
    <w:rsid w:val="001F6CD9"/>
    <w:rsid w:val="001F7243"/>
    <w:rsid w:val="002016AB"/>
    <w:rsid w:val="00203B78"/>
    <w:rsid w:val="00204515"/>
    <w:rsid w:val="00205701"/>
    <w:rsid w:val="00210278"/>
    <w:rsid w:val="00211745"/>
    <w:rsid w:val="002132DE"/>
    <w:rsid w:val="00213830"/>
    <w:rsid w:val="00214023"/>
    <w:rsid w:val="002200FC"/>
    <w:rsid w:val="00220174"/>
    <w:rsid w:val="0022108B"/>
    <w:rsid w:val="002232CD"/>
    <w:rsid w:val="00223683"/>
    <w:rsid w:val="00223E8C"/>
    <w:rsid w:val="002300DF"/>
    <w:rsid w:val="0023021B"/>
    <w:rsid w:val="00233B73"/>
    <w:rsid w:val="00235CA0"/>
    <w:rsid w:val="00236B9A"/>
    <w:rsid w:val="002371B0"/>
    <w:rsid w:val="00243D68"/>
    <w:rsid w:val="00245A77"/>
    <w:rsid w:val="00245B82"/>
    <w:rsid w:val="00246605"/>
    <w:rsid w:val="0024713E"/>
    <w:rsid w:val="002520ED"/>
    <w:rsid w:val="00252A05"/>
    <w:rsid w:val="00253095"/>
    <w:rsid w:val="002562DB"/>
    <w:rsid w:val="002567E3"/>
    <w:rsid w:val="00257438"/>
    <w:rsid w:val="00262307"/>
    <w:rsid w:val="00263A76"/>
    <w:rsid w:val="002650BE"/>
    <w:rsid w:val="00266001"/>
    <w:rsid w:val="00267A42"/>
    <w:rsid w:val="00271BC3"/>
    <w:rsid w:val="00272E8F"/>
    <w:rsid w:val="00273D4C"/>
    <w:rsid w:val="0027594F"/>
    <w:rsid w:val="00277181"/>
    <w:rsid w:val="0028054C"/>
    <w:rsid w:val="002813D8"/>
    <w:rsid w:val="00282E04"/>
    <w:rsid w:val="00283450"/>
    <w:rsid w:val="00283DCB"/>
    <w:rsid w:val="00283F41"/>
    <w:rsid w:val="002876D7"/>
    <w:rsid w:val="00287CA2"/>
    <w:rsid w:val="00290072"/>
    <w:rsid w:val="00290231"/>
    <w:rsid w:val="00290DA7"/>
    <w:rsid w:val="002941D7"/>
    <w:rsid w:val="0029614F"/>
    <w:rsid w:val="0029639D"/>
    <w:rsid w:val="00296972"/>
    <w:rsid w:val="00296FD5"/>
    <w:rsid w:val="002973AF"/>
    <w:rsid w:val="00297AEC"/>
    <w:rsid w:val="002A02F8"/>
    <w:rsid w:val="002A04B8"/>
    <w:rsid w:val="002A0F81"/>
    <w:rsid w:val="002A1D69"/>
    <w:rsid w:val="002A1E4E"/>
    <w:rsid w:val="002A24E3"/>
    <w:rsid w:val="002A2F9E"/>
    <w:rsid w:val="002A43A0"/>
    <w:rsid w:val="002A5078"/>
    <w:rsid w:val="002A7524"/>
    <w:rsid w:val="002B0953"/>
    <w:rsid w:val="002B1E3F"/>
    <w:rsid w:val="002B238A"/>
    <w:rsid w:val="002B3E1B"/>
    <w:rsid w:val="002B5017"/>
    <w:rsid w:val="002B7B2C"/>
    <w:rsid w:val="002C327C"/>
    <w:rsid w:val="002C6721"/>
    <w:rsid w:val="002C718C"/>
    <w:rsid w:val="002C76F4"/>
    <w:rsid w:val="002D070E"/>
    <w:rsid w:val="002D1149"/>
    <w:rsid w:val="002D1E96"/>
    <w:rsid w:val="002D2761"/>
    <w:rsid w:val="002D2D9F"/>
    <w:rsid w:val="002D5E78"/>
    <w:rsid w:val="002E07D6"/>
    <w:rsid w:val="002E149B"/>
    <w:rsid w:val="002E27CC"/>
    <w:rsid w:val="002E4853"/>
    <w:rsid w:val="002E48BB"/>
    <w:rsid w:val="002E5B59"/>
    <w:rsid w:val="002E6AB4"/>
    <w:rsid w:val="002F029B"/>
    <w:rsid w:val="002F1C3A"/>
    <w:rsid w:val="002F5F2D"/>
    <w:rsid w:val="002F7C09"/>
    <w:rsid w:val="002F7CDC"/>
    <w:rsid w:val="00300409"/>
    <w:rsid w:val="00300F7C"/>
    <w:rsid w:val="00301EF7"/>
    <w:rsid w:val="00303004"/>
    <w:rsid w:val="0030373C"/>
    <w:rsid w:val="0030455F"/>
    <w:rsid w:val="00305DF3"/>
    <w:rsid w:val="003070A7"/>
    <w:rsid w:val="00312157"/>
    <w:rsid w:val="003121D5"/>
    <w:rsid w:val="00312D75"/>
    <w:rsid w:val="003151FE"/>
    <w:rsid w:val="00316AB2"/>
    <w:rsid w:val="00323B31"/>
    <w:rsid w:val="00323D85"/>
    <w:rsid w:val="00323EF5"/>
    <w:rsid w:val="003257EE"/>
    <w:rsid w:val="00326036"/>
    <w:rsid w:val="00326ED1"/>
    <w:rsid w:val="00326F90"/>
    <w:rsid w:val="003273FE"/>
    <w:rsid w:val="00330901"/>
    <w:rsid w:val="0033564B"/>
    <w:rsid w:val="00335842"/>
    <w:rsid w:val="00340013"/>
    <w:rsid w:val="00340808"/>
    <w:rsid w:val="003411D2"/>
    <w:rsid w:val="00341356"/>
    <w:rsid w:val="00342853"/>
    <w:rsid w:val="003455F8"/>
    <w:rsid w:val="00345BD1"/>
    <w:rsid w:val="00346187"/>
    <w:rsid w:val="003471B1"/>
    <w:rsid w:val="003521DF"/>
    <w:rsid w:val="003523D0"/>
    <w:rsid w:val="00352A56"/>
    <w:rsid w:val="00357949"/>
    <w:rsid w:val="003617D3"/>
    <w:rsid w:val="003636A2"/>
    <w:rsid w:val="00364216"/>
    <w:rsid w:val="00366F01"/>
    <w:rsid w:val="003679BE"/>
    <w:rsid w:val="003723F1"/>
    <w:rsid w:val="00372AEB"/>
    <w:rsid w:val="00374A21"/>
    <w:rsid w:val="00375285"/>
    <w:rsid w:val="00375816"/>
    <w:rsid w:val="00376B20"/>
    <w:rsid w:val="00376E5B"/>
    <w:rsid w:val="00377F24"/>
    <w:rsid w:val="00382F79"/>
    <w:rsid w:val="00383088"/>
    <w:rsid w:val="00383B78"/>
    <w:rsid w:val="0038766D"/>
    <w:rsid w:val="00390A39"/>
    <w:rsid w:val="003923B5"/>
    <w:rsid w:val="00392927"/>
    <w:rsid w:val="003932AD"/>
    <w:rsid w:val="003937F6"/>
    <w:rsid w:val="003944B6"/>
    <w:rsid w:val="0039542A"/>
    <w:rsid w:val="00395893"/>
    <w:rsid w:val="003A18CE"/>
    <w:rsid w:val="003A1EA6"/>
    <w:rsid w:val="003A2E12"/>
    <w:rsid w:val="003A628F"/>
    <w:rsid w:val="003A6B39"/>
    <w:rsid w:val="003A7D33"/>
    <w:rsid w:val="003B028F"/>
    <w:rsid w:val="003B06C1"/>
    <w:rsid w:val="003B24BD"/>
    <w:rsid w:val="003B2F61"/>
    <w:rsid w:val="003B40E8"/>
    <w:rsid w:val="003B47DF"/>
    <w:rsid w:val="003B7579"/>
    <w:rsid w:val="003C1C2A"/>
    <w:rsid w:val="003C3F10"/>
    <w:rsid w:val="003D0C1D"/>
    <w:rsid w:val="003D3D62"/>
    <w:rsid w:val="003D4478"/>
    <w:rsid w:val="003D478F"/>
    <w:rsid w:val="003D4816"/>
    <w:rsid w:val="003D5FF4"/>
    <w:rsid w:val="003D6461"/>
    <w:rsid w:val="003D6BD1"/>
    <w:rsid w:val="003D749D"/>
    <w:rsid w:val="003E04A2"/>
    <w:rsid w:val="003E0654"/>
    <w:rsid w:val="003E1EF4"/>
    <w:rsid w:val="003E26DC"/>
    <w:rsid w:val="003E2C8F"/>
    <w:rsid w:val="003E4FC7"/>
    <w:rsid w:val="003E521F"/>
    <w:rsid w:val="003E5AD0"/>
    <w:rsid w:val="003E5D1C"/>
    <w:rsid w:val="003E7B85"/>
    <w:rsid w:val="003E7DEB"/>
    <w:rsid w:val="003F0598"/>
    <w:rsid w:val="003F069B"/>
    <w:rsid w:val="003F0964"/>
    <w:rsid w:val="003F11C4"/>
    <w:rsid w:val="003F1CFA"/>
    <w:rsid w:val="003F297F"/>
    <w:rsid w:val="003F35F1"/>
    <w:rsid w:val="003F3A87"/>
    <w:rsid w:val="003F40C2"/>
    <w:rsid w:val="003F4183"/>
    <w:rsid w:val="003F4A75"/>
    <w:rsid w:val="003F566D"/>
    <w:rsid w:val="003F5841"/>
    <w:rsid w:val="003F7199"/>
    <w:rsid w:val="0040196F"/>
    <w:rsid w:val="004033E3"/>
    <w:rsid w:val="00403ADC"/>
    <w:rsid w:val="00404D7E"/>
    <w:rsid w:val="00407D06"/>
    <w:rsid w:val="00411B0E"/>
    <w:rsid w:val="00411D1D"/>
    <w:rsid w:val="00416C15"/>
    <w:rsid w:val="00416CB5"/>
    <w:rsid w:val="00417401"/>
    <w:rsid w:val="00424BBB"/>
    <w:rsid w:val="00425442"/>
    <w:rsid w:val="00425575"/>
    <w:rsid w:val="004274B7"/>
    <w:rsid w:val="00431388"/>
    <w:rsid w:val="00431A65"/>
    <w:rsid w:val="0043378C"/>
    <w:rsid w:val="00433C9A"/>
    <w:rsid w:val="00433DC1"/>
    <w:rsid w:val="0043494E"/>
    <w:rsid w:val="0043525B"/>
    <w:rsid w:val="004365AA"/>
    <w:rsid w:val="00437CB0"/>
    <w:rsid w:val="00440E53"/>
    <w:rsid w:val="0044167D"/>
    <w:rsid w:val="00441933"/>
    <w:rsid w:val="0044391B"/>
    <w:rsid w:val="00443AE4"/>
    <w:rsid w:val="00445377"/>
    <w:rsid w:val="004454CC"/>
    <w:rsid w:val="004474A3"/>
    <w:rsid w:val="00451D5D"/>
    <w:rsid w:val="00452CB4"/>
    <w:rsid w:val="00455548"/>
    <w:rsid w:val="00455996"/>
    <w:rsid w:val="00455EC0"/>
    <w:rsid w:val="0045610A"/>
    <w:rsid w:val="0045663C"/>
    <w:rsid w:val="004609C6"/>
    <w:rsid w:val="00461CFC"/>
    <w:rsid w:val="00463EA3"/>
    <w:rsid w:val="00464090"/>
    <w:rsid w:val="004642F9"/>
    <w:rsid w:val="00464616"/>
    <w:rsid w:val="00464CD9"/>
    <w:rsid w:val="004673BE"/>
    <w:rsid w:val="0046740A"/>
    <w:rsid w:val="00470825"/>
    <w:rsid w:val="00470CD7"/>
    <w:rsid w:val="00471D7C"/>
    <w:rsid w:val="0047357F"/>
    <w:rsid w:val="004738E4"/>
    <w:rsid w:val="00473C6F"/>
    <w:rsid w:val="00474F2A"/>
    <w:rsid w:val="004753BB"/>
    <w:rsid w:val="0047565D"/>
    <w:rsid w:val="004761CE"/>
    <w:rsid w:val="004777FE"/>
    <w:rsid w:val="00477DD4"/>
    <w:rsid w:val="00481CCC"/>
    <w:rsid w:val="00482A95"/>
    <w:rsid w:val="00482DA4"/>
    <w:rsid w:val="0048352F"/>
    <w:rsid w:val="004835D7"/>
    <w:rsid w:val="00485DBF"/>
    <w:rsid w:val="00490F5F"/>
    <w:rsid w:val="0049113E"/>
    <w:rsid w:val="0049192D"/>
    <w:rsid w:val="00491A41"/>
    <w:rsid w:val="00492118"/>
    <w:rsid w:val="00496BE1"/>
    <w:rsid w:val="004A1DFF"/>
    <w:rsid w:val="004A5700"/>
    <w:rsid w:val="004B3B13"/>
    <w:rsid w:val="004B4808"/>
    <w:rsid w:val="004C0538"/>
    <w:rsid w:val="004C20DB"/>
    <w:rsid w:val="004C3C50"/>
    <w:rsid w:val="004C44AB"/>
    <w:rsid w:val="004C44D6"/>
    <w:rsid w:val="004C683A"/>
    <w:rsid w:val="004D0A6D"/>
    <w:rsid w:val="004D10C0"/>
    <w:rsid w:val="004D17AA"/>
    <w:rsid w:val="004D1D7F"/>
    <w:rsid w:val="004D52FA"/>
    <w:rsid w:val="004D59D1"/>
    <w:rsid w:val="004D7FF9"/>
    <w:rsid w:val="004E1A44"/>
    <w:rsid w:val="004E557D"/>
    <w:rsid w:val="004E5B69"/>
    <w:rsid w:val="004E7083"/>
    <w:rsid w:val="004E719E"/>
    <w:rsid w:val="004E7406"/>
    <w:rsid w:val="004E7949"/>
    <w:rsid w:val="004E7EF6"/>
    <w:rsid w:val="004F0BA5"/>
    <w:rsid w:val="004F1951"/>
    <w:rsid w:val="004F1CD1"/>
    <w:rsid w:val="004F3104"/>
    <w:rsid w:val="004F4064"/>
    <w:rsid w:val="004F41E7"/>
    <w:rsid w:val="004F48E8"/>
    <w:rsid w:val="004F60F1"/>
    <w:rsid w:val="004F6262"/>
    <w:rsid w:val="004F6D9E"/>
    <w:rsid w:val="004F73DA"/>
    <w:rsid w:val="00500ED6"/>
    <w:rsid w:val="0050125F"/>
    <w:rsid w:val="00501C11"/>
    <w:rsid w:val="00502808"/>
    <w:rsid w:val="00503B7C"/>
    <w:rsid w:val="00510816"/>
    <w:rsid w:val="0051138D"/>
    <w:rsid w:val="00513ED7"/>
    <w:rsid w:val="00517609"/>
    <w:rsid w:val="0051793A"/>
    <w:rsid w:val="00517EFD"/>
    <w:rsid w:val="00520585"/>
    <w:rsid w:val="00524382"/>
    <w:rsid w:val="0052574A"/>
    <w:rsid w:val="00525D07"/>
    <w:rsid w:val="00525DC4"/>
    <w:rsid w:val="005267C6"/>
    <w:rsid w:val="0052734A"/>
    <w:rsid w:val="00527FD4"/>
    <w:rsid w:val="005329FD"/>
    <w:rsid w:val="00534A45"/>
    <w:rsid w:val="005357E3"/>
    <w:rsid w:val="00535E0C"/>
    <w:rsid w:val="00541E15"/>
    <w:rsid w:val="0054289B"/>
    <w:rsid w:val="00542B8A"/>
    <w:rsid w:val="00543458"/>
    <w:rsid w:val="00544E0C"/>
    <w:rsid w:val="005456EC"/>
    <w:rsid w:val="00545A19"/>
    <w:rsid w:val="00547FC5"/>
    <w:rsid w:val="0055003C"/>
    <w:rsid w:val="0055088D"/>
    <w:rsid w:val="0055477A"/>
    <w:rsid w:val="00555D5F"/>
    <w:rsid w:val="0055660F"/>
    <w:rsid w:val="005609D2"/>
    <w:rsid w:val="005651F0"/>
    <w:rsid w:val="005703D9"/>
    <w:rsid w:val="00570A97"/>
    <w:rsid w:val="00573C50"/>
    <w:rsid w:val="00574E3F"/>
    <w:rsid w:val="00574FFE"/>
    <w:rsid w:val="005759F3"/>
    <w:rsid w:val="00575B00"/>
    <w:rsid w:val="00582A69"/>
    <w:rsid w:val="0058392B"/>
    <w:rsid w:val="00583B4E"/>
    <w:rsid w:val="00586F4D"/>
    <w:rsid w:val="00587114"/>
    <w:rsid w:val="00591448"/>
    <w:rsid w:val="00593831"/>
    <w:rsid w:val="0059394B"/>
    <w:rsid w:val="00594C28"/>
    <w:rsid w:val="005951DF"/>
    <w:rsid w:val="00596CC8"/>
    <w:rsid w:val="005A080C"/>
    <w:rsid w:val="005A247C"/>
    <w:rsid w:val="005A3297"/>
    <w:rsid w:val="005A371C"/>
    <w:rsid w:val="005A3752"/>
    <w:rsid w:val="005A39E7"/>
    <w:rsid w:val="005A3A92"/>
    <w:rsid w:val="005A4263"/>
    <w:rsid w:val="005A45A0"/>
    <w:rsid w:val="005A46ED"/>
    <w:rsid w:val="005A597E"/>
    <w:rsid w:val="005A7874"/>
    <w:rsid w:val="005B0E3F"/>
    <w:rsid w:val="005B1E49"/>
    <w:rsid w:val="005B2B20"/>
    <w:rsid w:val="005B4524"/>
    <w:rsid w:val="005B6346"/>
    <w:rsid w:val="005C18EF"/>
    <w:rsid w:val="005C1DEE"/>
    <w:rsid w:val="005C2DE4"/>
    <w:rsid w:val="005C3387"/>
    <w:rsid w:val="005C4403"/>
    <w:rsid w:val="005C4B90"/>
    <w:rsid w:val="005C7924"/>
    <w:rsid w:val="005D080F"/>
    <w:rsid w:val="005D1DDE"/>
    <w:rsid w:val="005D2436"/>
    <w:rsid w:val="005D30E3"/>
    <w:rsid w:val="005D3278"/>
    <w:rsid w:val="005D4B23"/>
    <w:rsid w:val="005D5EAC"/>
    <w:rsid w:val="005D7FFA"/>
    <w:rsid w:val="005E33CD"/>
    <w:rsid w:val="005E37EC"/>
    <w:rsid w:val="005E38EC"/>
    <w:rsid w:val="005E3EFD"/>
    <w:rsid w:val="005E7373"/>
    <w:rsid w:val="005F055D"/>
    <w:rsid w:val="005F09FF"/>
    <w:rsid w:val="005F15DC"/>
    <w:rsid w:val="005F2D8F"/>
    <w:rsid w:val="005F51AE"/>
    <w:rsid w:val="005F546F"/>
    <w:rsid w:val="005F7806"/>
    <w:rsid w:val="006003C4"/>
    <w:rsid w:val="00600710"/>
    <w:rsid w:val="00601746"/>
    <w:rsid w:val="00603E6E"/>
    <w:rsid w:val="00604187"/>
    <w:rsid w:val="00604973"/>
    <w:rsid w:val="00604999"/>
    <w:rsid w:val="006059CE"/>
    <w:rsid w:val="00607167"/>
    <w:rsid w:val="00610E12"/>
    <w:rsid w:val="00610E30"/>
    <w:rsid w:val="006118C8"/>
    <w:rsid w:val="006126C1"/>
    <w:rsid w:val="00612F11"/>
    <w:rsid w:val="00613EE8"/>
    <w:rsid w:val="0061481A"/>
    <w:rsid w:val="00615437"/>
    <w:rsid w:val="00617457"/>
    <w:rsid w:val="00617C11"/>
    <w:rsid w:val="00622A5F"/>
    <w:rsid w:val="00622BBD"/>
    <w:rsid w:val="006249C5"/>
    <w:rsid w:val="006251D1"/>
    <w:rsid w:val="00627A1B"/>
    <w:rsid w:val="006318FD"/>
    <w:rsid w:val="00634094"/>
    <w:rsid w:val="00634C9F"/>
    <w:rsid w:val="00636798"/>
    <w:rsid w:val="00637256"/>
    <w:rsid w:val="00637B74"/>
    <w:rsid w:val="00637DB3"/>
    <w:rsid w:val="006403B5"/>
    <w:rsid w:val="00641FDB"/>
    <w:rsid w:val="00642A6C"/>
    <w:rsid w:val="00643075"/>
    <w:rsid w:val="00645A0E"/>
    <w:rsid w:val="00650E5C"/>
    <w:rsid w:val="006513E1"/>
    <w:rsid w:val="00652ACE"/>
    <w:rsid w:val="00652B66"/>
    <w:rsid w:val="00653ACD"/>
    <w:rsid w:val="00654D83"/>
    <w:rsid w:val="00654E82"/>
    <w:rsid w:val="00655526"/>
    <w:rsid w:val="00657C50"/>
    <w:rsid w:val="00662385"/>
    <w:rsid w:val="00663D1D"/>
    <w:rsid w:val="0066429B"/>
    <w:rsid w:val="00664711"/>
    <w:rsid w:val="00667058"/>
    <w:rsid w:val="0066743F"/>
    <w:rsid w:val="006715E5"/>
    <w:rsid w:val="0067212A"/>
    <w:rsid w:val="006731C5"/>
    <w:rsid w:val="006742C2"/>
    <w:rsid w:val="00675EA1"/>
    <w:rsid w:val="00680B1D"/>
    <w:rsid w:val="006812F2"/>
    <w:rsid w:val="006813A3"/>
    <w:rsid w:val="0068193C"/>
    <w:rsid w:val="00683197"/>
    <w:rsid w:val="00683987"/>
    <w:rsid w:val="00684EED"/>
    <w:rsid w:val="00687879"/>
    <w:rsid w:val="00692337"/>
    <w:rsid w:val="00692757"/>
    <w:rsid w:val="00692900"/>
    <w:rsid w:val="00693B07"/>
    <w:rsid w:val="00696A29"/>
    <w:rsid w:val="00696CCE"/>
    <w:rsid w:val="0069705A"/>
    <w:rsid w:val="0069758D"/>
    <w:rsid w:val="006A0414"/>
    <w:rsid w:val="006A064A"/>
    <w:rsid w:val="006A338F"/>
    <w:rsid w:val="006A6BB2"/>
    <w:rsid w:val="006A6CE8"/>
    <w:rsid w:val="006B1413"/>
    <w:rsid w:val="006B3286"/>
    <w:rsid w:val="006B4D45"/>
    <w:rsid w:val="006B6CC8"/>
    <w:rsid w:val="006C086D"/>
    <w:rsid w:val="006C12BC"/>
    <w:rsid w:val="006C445A"/>
    <w:rsid w:val="006C6A4E"/>
    <w:rsid w:val="006D1492"/>
    <w:rsid w:val="006D1BCC"/>
    <w:rsid w:val="006D1BFE"/>
    <w:rsid w:val="006D1DE2"/>
    <w:rsid w:val="006D3DFF"/>
    <w:rsid w:val="006D5F41"/>
    <w:rsid w:val="006D7192"/>
    <w:rsid w:val="006E02EE"/>
    <w:rsid w:val="006E0439"/>
    <w:rsid w:val="006E0567"/>
    <w:rsid w:val="006E109C"/>
    <w:rsid w:val="006E30F0"/>
    <w:rsid w:val="006E397C"/>
    <w:rsid w:val="006E4073"/>
    <w:rsid w:val="006E4C80"/>
    <w:rsid w:val="006E78A7"/>
    <w:rsid w:val="006E7E1C"/>
    <w:rsid w:val="006F1280"/>
    <w:rsid w:val="006F5E3E"/>
    <w:rsid w:val="006F65B3"/>
    <w:rsid w:val="006F67BD"/>
    <w:rsid w:val="006F6A7E"/>
    <w:rsid w:val="006F7854"/>
    <w:rsid w:val="007003DF"/>
    <w:rsid w:val="00704E39"/>
    <w:rsid w:val="0070611E"/>
    <w:rsid w:val="00706884"/>
    <w:rsid w:val="00707448"/>
    <w:rsid w:val="00711780"/>
    <w:rsid w:val="00712465"/>
    <w:rsid w:val="00715AEA"/>
    <w:rsid w:val="00716D55"/>
    <w:rsid w:val="00716FC0"/>
    <w:rsid w:val="00717BD0"/>
    <w:rsid w:val="007216EA"/>
    <w:rsid w:val="00721889"/>
    <w:rsid w:val="00722601"/>
    <w:rsid w:val="0072308A"/>
    <w:rsid w:val="00723287"/>
    <w:rsid w:val="00726197"/>
    <w:rsid w:val="00726BF4"/>
    <w:rsid w:val="00726E99"/>
    <w:rsid w:val="0072700A"/>
    <w:rsid w:val="00727213"/>
    <w:rsid w:val="00731688"/>
    <w:rsid w:val="00734F3F"/>
    <w:rsid w:val="00737EBA"/>
    <w:rsid w:val="00743E44"/>
    <w:rsid w:val="00744A97"/>
    <w:rsid w:val="00746432"/>
    <w:rsid w:val="00747ED2"/>
    <w:rsid w:val="0075049D"/>
    <w:rsid w:val="007513AC"/>
    <w:rsid w:val="00753384"/>
    <w:rsid w:val="007627D1"/>
    <w:rsid w:val="007665AF"/>
    <w:rsid w:val="0077225C"/>
    <w:rsid w:val="0077253A"/>
    <w:rsid w:val="00772969"/>
    <w:rsid w:val="007736ED"/>
    <w:rsid w:val="0077460F"/>
    <w:rsid w:val="00781508"/>
    <w:rsid w:val="0078337A"/>
    <w:rsid w:val="00783BAE"/>
    <w:rsid w:val="00787023"/>
    <w:rsid w:val="0078725E"/>
    <w:rsid w:val="00790855"/>
    <w:rsid w:val="0079248F"/>
    <w:rsid w:val="007931D0"/>
    <w:rsid w:val="00793490"/>
    <w:rsid w:val="00794476"/>
    <w:rsid w:val="00794865"/>
    <w:rsid w:val="00796A59"/>
    <w:rsid w:val="007971A4"/>
    <w:rsid w:val="007A0066"/>
    <w:rsid w:val="007A07B7"/>
    <w:rsid w:val="007A0E68"/>
    <w:rsid w:val="007A1403"/>
    <w:rsid w:val="007A1735"/>
    <w:rsid w:val="007A5861"/>
    <w:rsid w:val="007A68C5"/>
    <w:rsid w:val="007A7455"/>
    <w:rsid w:val="007B1206"/>
    <w:rsid w:val="007B20CA"/>
    <w:rsid w:val="007B29A9"/>
    <w:rsid w:val="007B2C63"/>
    <w:rsid w:val="007B4899"/>
    <w:rsid w:val="007B6726"/>
    <w:rsid w:val="007C0CCF"/>
    <w:rsid w:val="007C0D08"/>
    <w:rsid w:val="007C412E"/>
    <w:rsid w:val="007C68E6"/>
    <w:rsid w:val="007C69B1"/>
    <w:rsid w:val="007C7B14"/>
    <w:rsid w:val="007D0EC1"/>
    <w:rsid w:val="007D1ECE"/>
    <w:rsid w:val="007D2108"/>
    <w:rsid w:val="007D246D"/>
    <w:rsid w:val="007D27FE"/>
    <w:rsid w:val="007D2A02"/>
    <w:rsid w:val="007D47BA"/>
    <w:rsid w:val="007D5649"/>
    <w:rsid w:val="007D5C50"/>
    <w:rsid w:val="007D68F9"/>
    <w:rsid w:val="007D7C9B"/>
    <w:rsid w:val="007E1349"/>
    <w:rsid w:val="007E244C"/>
    <w:rsid w:val="007E2C37"/>
    <w:rsid w:val="007E4942"/>
    <w:rsid w:val="007E67CC"/>
    <w:rsid w:val="007E6C55"/>
    <w:rsid w:val="007F184A"/>
    <w:rsid w:val="007F23A1"/>
    <w:rsid w:val="007F3F8D"/>
    <w:rsid w:val="007F41CF"/>
    <w:rsid w:val="007F458F"/>
    <w:rsid w:val="007F5717"/>
    <w:rsid w:val="007F6870"/>
    <w:rsid w:val="007F6E17"/>
    <w:rsid w:val="007F7912"/>
    <w:rsid w:val="008009AF"/>
    <w:rsid w:val="00802561"/>
    <w:rsid w:val="00802930"/>
    <w:rsid w:val="008034DB"/>
    <w:rsid w:val="00803E4F"/>
    <w:rsid w:val="008070AE"/>
    <w:rsid w:val="00810B62"/>
    <w:rsid w:val="0081121B"/>
    <w:rsid w:val="00811B8F"/>
    <w:rsid w:val="008142F9"/>
    <w:rsid w:val="00814E6A"/>
    <w:rsid w:val="00821573"/>
    <w:rsid w:val="008246EC"/>
    <w:rsid w:val="00825CEF"/>
    <w:rsid w:val="008267DC"/>
    <w:rsid w:val="00826F3A"/>
    <w:rsid w:val="0083035D"/>
    <w:rsid w:val="00834E56"/>
    <w:rsid w:val="008358C6"/>
    <w:rsid w:val="00836DEE"/>
    <w:rsid w:val="00840E96"/>
    <w:rsid w:val="008410A3"/>
    <w:rsid w:val="00842A61"/>
    <w:rsid w:val="008433AA"/>
    <w:rsid w:val="00844E44"/>
    <w:rsid w:val="0084587A"/>
    <w:rsid w:val="008503D5"/>
    <w:rsid w:val="00850762"/>
    <w:rsid w:val="008508F6"/>
    <w:rsid w:val="00851256"/>
    <w:rsid w:val="00851AD3"/>
    <w:rsid w:val="0085420C"/>
    <w:rsid w:val="008578D9"/>
    <w:rsid w:val="00861C9D"/>
    <w:rsid w:val="008620D9"/>
    <w:rsid w:val="00862658"/>
    <w:rsid w:val="008639F8"/>
    <w:rsid w:val="00866D6C"/>
    <w:rsid w:val="00873631"/>
    <w:rsid w:val="0087683E"/>
    <w:rsid w:val="008774C1"/>
    <w:rsid w:val="00877712"/>
    <w:rsid w:val="00877753"/>
    <w:rsid w:val="00877924"/>
    <w:rsid w:val="00877D66"/>
    <w:rsid w:val="00880353"/>
    <w:rsid w:val="008805FD"/>
    <w:rsid w:val="00880885"/>
    <w:rsid w:val="0088241E"/>
    <w:rsid w:val="00882689"/>
    <w:rsid w:val="00882A1A"/>
    <w:rsid w:val="00884875"/>
    <w:rsid w:val="008858F8"/>
    <w:rsid w:val="008866C7"/>
    <w:rsid w:val="00886DF8"/>
    <w:rsid w:val="00887130"/>
    <w:rsid w:val="00890310"/>
    <w:rsid w:val="00892573"/>
    <w:rsid w:val="00894BDE"/>
    <w:rsid w:val="008956CF"/>
    <w:rsid w:val="00895814"/>
    <w:rsid w:val="00895BD8"/>
    <w:rsid w:val="00895C6E"/>
    <w:rsid w:val="00895EED"/>
    <w:rsid w:val="00897F41"/>
    <w:rsid w:val="008A4B5B"/>
    <w:rsid w:val="008A7C5B"/>
    <w:rsid w:val="008A7CA9"/>
    <w:rsid w:val="008A7D3B"/>
    <w:rsid w:val="008B0294"/>
    <w:rsid w:val="008B0633"/>
    <w:rsid w:val="008B0911"/>
    <w:rsid w:val="008B0E30"/>
    <w:rsid w:val="008B187E"/>
    <w:rsid w:val="008B1D50"/>
    <w:rsid w:val="008B35EF"/>
    <w:rsid w:val="008B3ED0"/>
    <w:rsid w:val="008B606D"/>
    <w:rsid w:val="008B6848"/>
    <w:rsid w:val="008B72FE"/>
    <w:rsid w:val="008C0080"/>
    <w:rsid w:val="008C03AE"/>
    <w:rsid w:val="008C1917"/>
    <w:rsid w:val="008C3988"/>
    <w:rsid w:val="008C4245"/>
    <w:rsid w:val="008C70DC"/>
    <w:rsid w:val="008D0277"/>
    <w:rsid w:val="008D120A"/>
    <w:rsid w:val="008D31CD"/>
    <w:rsid w:val="008D3389"/>
    <w:rsid w:val="008D3845"/>
    <w:rsid w:val="008D4D67"/>
    <w:rsid w:val="008D677E"/>
    <w:rsid w:val="008D6FD8"/>
    <w:rsid w:val="008E1744"/>
    <w:rsid w:val="008E1C7E"/>
    <w:rsid w:val="008E1D3E"/>
    <w:rsid w:val="008E3B7C"/>
    <w:rsid w:val="008E48D9"/>
    <w:rsid w:val="008E4A61"/>
    <w:rsid w:val="008E7CD4"/>
    <w:rsid w:val="008E7DF3"/>
    <w:rsid w:val="008F08F4"/>
    <w:rsid w:val="008F226F"/>
    <w:rsid w:val="008F2E20"/>
    <w:rsid w:val="008F67DF"/>
    <w:rsid w:val="008F7139"/>
    <w:rsid w:val="008F75A7"/>
    <w:rsid w:val="008F7F45"/>
    <w:rsid w:val="009002FA"/>
    <w:rsid w:val="009018F0"/>
    <w:rsid w:val="0090222B"/>
    <w:rsid w:val="009040B9"/>
    <w:rsid w:val="00905654"/>
    <w:rsid w:val="00907CC6"/>
    <w:rsid w:val="00911972"/>
    <w:rsid w:val="009120B0"/>
    <w:rsid w:val="0091410F"/>
    <w:rsid w:val="00914699"/>
    <w:rsid w:val="00915176"/>
    <w:rsid w:val="00922005"/>
    <w:rsid w:val="00923D02"/>
    <w:rsid w:val="0092515A"/>
    <w:rsid w:val="0092550A"/>
    <w:rsid w:val="00927014"/>
    <w:rsid w:val="009271B9"/>
    <w:rsid w:val="00927E37"/>
    <w:rsid w:val="00930683"/>
    <w:rsid w:val="009309C4"/>
    <w:rsid w:val="009327A5"/>
    <w:rsid w:val="00933147"/>
    <w:rsid w:val="009355DA"/>
    <w:rsid w:val="00941478"/>
    <w:rsid w:val="0094149B"/>
    <w:rsid w:val="009423E2"/>
    <w:rsid w:val="009438DE"/>
    <w:rsid w:val="00945890"/>
    <w:rsid w:val="00945D1C"/>
    <w:rsid w:val="00951D5B"/>
    <w:rsid w:val="00954237"/>
    <w:rsid w:val="009544CE"/>
    <w:rsid w:val="00955A6A"/>
    <w:rsid w:val="00956FB0"/>
    <w:rsid w:val="00957018"/>
    <w:rsid w:val="0095717B"/>
    <w:rsid w:val="00961C1D"/>
    <w:rsid w:val="009632BB"/>
    <w:rsid w:val="009638DC"/>
    <w:rsid w:val="00963EFA"/>
    <w:rsid w:val="0096418B"/>
    <w:rsid w:val="00965E97"/>
    <w:rsid w:val="00966A0C"/>
    <w:rsid w:val="00970352"/>
    <w:rsid w:val="0097082B"/>
    <w:rsid w:val="009717A4"/>
    <w:rsid w:val="00971DEB"/>
    <w:rsid w:val="00975BCE"/>
    <w:rsid w:val="00981075"/>
    <w:rsid w:val="009810A6"/>
    <w:rsid w:val="00981176"/>
    <w:rsid w:val="009813FD"/>
    <w:rsid w:val="009831C9"/>
    <w:rsid w:val="009832CD"/>
    <w:rsid w:val="009835D1"/>
    <w:rsid w:val="0098471C"/>
    <w:rsid w:val="00984E84"/>
    <w:rsid w:val="009850AC"/>
    <w:rsid w:val="009924C0"/>
    <w:rsid w:val="00993459"/>
    <w:rsid w:val="0099355C"/>
    <w:rsid w:val="00993CAB"/>
    <w:rsid w:val="009944D7"/>
    <w:rsid w:val="00995601"/>
    <w:rsid w:val="009957D2"/>
    <w:rsid w:val="009979F7"/>
    <w:rsid w:val="009A1C41"/>
    <w:rsid w:val="009A4988"/>
    <w:rsid w:val="009A4EE0"/>
    <w:rsid w:val="009B0DAD"/>
    <w:rsid w:val="009B3695"/>
    <w:rsid w:val="009B375C"/>
    <w:rsid w:val="009B4A11"/>
    <w:rsid w:val="009B6CFB"/>
    <w:rsid w:val="009B757F"/>
    <w:rsid w:val="009B75B9"/>
    <w:rsid w:val="009B7CD5"/>
    <w:rsid w:val="009C1040"/>
    <w:rsid w:val="009C1355"/>
    <w:rsid w:val="009C2A24"/>
    <w:rsid w:val="009C3099"/>
    <w:rsid w:val="009C389B"/>
    <w:rsid w:val="009C3FE4"/>
    <w:rsid w:val="009C53B8"/>
    <w:rsid w:val="009C78CB"/>
    <w:rsid w:val="009D1516"/>
    <w:rsid w:val="009D32DB"/>
    <w:rsid w:val="009D4D66"/>
    <w:rsid w:val="009D71DB"/>
    <w:rsid w:val="009D728F"/>
    <w:rsid w:val="009E1422"/>
    <w:rsid w:val="009E27E2"/>
    <w:rsid w:val="009E629F"/>
    <w:rsid w:val="009E70CC"/>
    <w:rsid w:val="009F03D2"/>
    <w:rsid w:val="009F2CCD"/>
    <w:rsid w:val="009F3A2A"/>
    <w:rsid w:val="009F3C0F"/>
    <w:rsid w:val="009F4227"/>
    <w:rsid w:val="00A03478"/>
    <w:rsid w:val="00A0384D"/>
    <w:rsid w:val="00A047E2"/>
    <w:rsid w:val="00A04C09"/>
    <w:rsid w:val="00A06F9C"/>
    <w:rsid w:val="00A1367A"/>
    <w:rsid w:val="00A1540F"/>
    <w:rsid w:val="00A15FEA"/>
    <w:rsid w:val="00A175E2"/>
    <w:rsid w:val="00A21797"/>
    <w:rsid w:val="00A22F8A"/>
    <w:rsid w:val="00A231E4"/>
    <w:rsid w:val="00A237A5"/>
    <w:rsid w:val="00A24832"/>
    <w:rsid w:val="00A2586E"/>
    <w:rsid w:val="00A267B6"/>
    <w:rsid w:val="00A3333D"/>
    <w:rsid w:val="00A34778"/>
    <w:rsid w:val="00A36060"/>
    <w:rsid w:val="00A3747C"/>
    <w:rsid w:val="00A37C17"/>
    <w:rsid w:val="00A41290"/>
    <w:rsid w:val="00A42145"/>
    <w:rsid w:val="00A44121"/>
    <w:rsid w:val="00A458B9"/>
    <w:rsid w:val="00A464EA"/>
    <w:rsid w:val="00A474CB"/>
    <w:rsid w:val="00A50082"/>
    <w:rsid w:val="00A509B1"/>
    <w:rsid w:val="00A555BB"/>
    <w:rsid w:val="00A55637"/>
    <w:rsid w:val="00A55C1A"/>
    <w:rsid w:val="00A57602"/>
    <w:rsid w:val="00A60A47"/>
    <w:rsid w:val="00A62C43"/>
    <w:rsid w:val="00A63C7F"/>
    <w:rsid w:val="00A63D74"/>
    <w:rsid w:val="00A64A84"/>
    <w:rsid w:val="00A64C0A"/>
    <w:rsid w:val="00A64D8C"/>
    <w:rsid w:val="00A67B41"/>
    <w:rsid w:val="00A71473"/>
    <w:rsid w:val="00A73DC3"/>
    <w:rsid w:val="00A7479A"/>
    <w:rsid w:val="00A75AD6"/>
    <w:rsid w:val="00A75B02"/>
    <w:rsid w:val="00A80A30"/>
    <w:rsid w:val="00A82BC9"/>
    <w:rsid w:val="00A8456D"/>
    <w:rsid w:val="00A8457B"/>
    <w:rsid w:val="00A8493B"/>
    <w:rsid w:val="00A85441"/>
    <w:rsid w:val="00A854BF"/>
    <w:rsid w:val="00A87772"/>
    <w:rsid w:val="00A91F03"/>
    <w:rsid w:val="00A929F2"/>
    <w:rsid w:val="00A93157"/>
    <w:rsid w:val="00A961FB"/>
    <w:rsid w:val="00AA06A0"/>
    <w:rsid w:val="00AA0FE5"/>
    <w:rsid w:val="00AA1970"/>
    <w:rsid w:val="00AA1D8D"/>
    <w:rsid w:val="00AA1E65"/>
    <w:rsid w:val="00AA2A3D"/>
    <w:rsid w:val="00AA5C7A"/>
    <w:rsid w:val="00AA7964"/>
    <w:rsid w:val="00AB1B08"/>
    <w:rsid w:val="00AB4293"/>
    <w:rsid w:val="00AB4296"/>
    <w:rsid w:val="00AB63F4"/>
    <w:rsid w:val="00AB649C"/>
    <w:rsid w:val="00AB7390"/>
    <w:rsid w:val="00AB7511"/>
    <w:rsid w:val="00AC28C7"/>
    <w:rsid w:val="00AC4A63"/>
    <w:rsid w:val="00AC7A05"/>
    <w:rsid w:val="00AD369F"/>
    <w:rsid w:val="00AD51E8"/>
    <w:rsid w:val="00AD650E"/>
    <w:rsid w:val="00AD66B0"/>
    <w:rsid w:val="00AD6A3D"/>
    <w:rsid w:val="00AD6DE2"/>
    <w:rsid w:val="00AE250F"/>
    <w:rsid w:val="00AE2F71"/>
    <w:rsid w:val="00AE3B01"/>
    <w:rsid w:val="00AE4D96"/>
    <w:rsid w:val="00AE54C8"/>
    <w:rsid w:val="00AE55C9"/>
    <w:rsid w:val="00AE6C30"/>
    <w:rsid w:val="00AF4BBD"/>
    <w:rsid w:val="00AF592B"/>
    <w:rsid w:val="00AF74B8"/>
    <w:rsid w:val="00B03132"/>
    <w:rsid w:val="00B0526B"/>
    <w:rsid w:val="00B07A55"/>
    <w:rsid w:val="00B10FAC"/>
    <w:rsid w:val="00B13C2B"/>
    <w:rsid w:val="00B14198"/>
    <w:rsid w:val="00B14F32"/>
    <w:rsid w:val="00B16309"/>
    <w:rsid w:val="00B16455"/>
    <w:rsid w:val="00B164B0"/>
    <w:rsid w:val="00B1714C"/>
    <w:rsid w:val="00B17918"/>
    <w:rsid w:val="00B21444"/>
    <w:rsid w:val="00B21D74"/>
    <w:rsid w:val="00B22ED8"/>
    <w:rsid w:val="00B2391B"/>
    <w:rsid w:val="00B2414A"/>
    <w:rsid w:val="00B24ADB"/>
    <w:rsid w:val="00B279B3"/>
    <w:rsid w:val="00B30FAD"/>
    <w:rsid w:val="00B32505"/>
    <w:rsid w:val="00B349C7"/>
    <w:rsid w:val="00B34B5B"/>
    <w:rsid w:val="00B42735"/>
    <w:rsid w:val="00B42AA4"/>
    <w:rsid w:val="00B45E31"/>
    <w:rsid w:val="00B462E0"/>
    <w:rsid w:val="00B476C5"/>
    <w:rsid w:val="00B47723"/>
    <w:rsid w:val="00B47730"/>
    <w:rsid w:val="00B51579"/>
    <w:rsid w:val="00B52A6B"/>
    <w:rsid w:val="00B53037"/>
    <w:rsid w:val="00B53CE0"/>
    <w:rsid w:val="00B55ADD"/>
    <w:rsid w:val="00B57BAF"/>
    <w:rsid w:val="00B61062"/>
    <w:rsid w:val="00B6371E"/>
    <w:rsid w:val="00B655A8"/>
    <w:rsid w:val="00B7134E"/>
    <w:rsid w:val="00B71D04"/>
    <w:rsid w:val="00B732A2"/>
    <w:rsid w:val="00B734A2"/>
    <w:rsid w:val="00B73D56"/>
    <w:rsid w:val="00B75065"/>
    <w:rsid w:val="00B75301"/>
    <w:rsid w:val="00B763EC"/>
    <w:rsid w:val="00B830B5"/>
    <w:rsid w:val="00B83694"/>
    <w:rsid w:val="00B857C3"/>
    <w:rsid w:val="00B872A8"/>
    <w:rsid w:val="00B93702"/>
    <w:rsid w:val="00B964FA"/>
    <w:rsid w:val="00B96B9A"/>
    <w:rsid w:val="00BA18A1"/>
    <w:rsid w:val="00BA34A1"/>
    <w:rsid w:val="00BA73AC"/>
    <w:rsid w:val="00BA78C9"/>
    <w:rsid w:val="00BB4032"/>
    <w:rsid w:val="00BB55CE"/>
    <w:rsid w:val="00BB5C0C"/>
    <w:rsid w:val="00BB7CBA"/>
    <w:rsid w:val="00BC0AF6"/>
    <w:rsid w:val="00BC11DC"/>
    <w:rsid w:val="00BC2ACA"/>
    <w:rsid w:val="00BC4C0C"/>
    <w:rsid w:val="00BC56C8"/>
    <w:rsid w:val="00BC7479"/>
    <w:rsid w:val="00BC7DE7"/>
    <w:rsid w:val="00BD204E"/>
    <w:rsid w:val="00BD5997"/>
    <w:rsid w:val="00BD7DA4"/>
    <w:rsid w:val="00BD7FBC"/>
    <w:rsid w:val="00BE1E44"/>
    <w:rsid w:val="00BE5D1C"/>
    <w:rsid w:val="00BE6C62"/>
    <w:rsid w:val="00BF0861"/>
    <w:rsid w:val="00BF1EA7"/>
    <w:rsid w:val="00C006BA"/>
    <w:rsid w:val="00C0304A"/>
    <w:rsid w:val="00C03FA5"/>
    <w:rsid w:val="00C05A95"/>
    <w:rsid w:val="00C05BAC"/>
    <w:rsid w:val="00C05F00"/>
    <w:rsid w:val="00C062BD"/>
    <w:rsid w:val="00C110C7"/>
    <w:rsid w:val="00C11850"/>
    <w:rsid w:val="00C11F1A"/>
    <w:rsid w:val="00C13996"/>
    <w:rsid w:val="00C144B8"/>
    <w:rsid w:val="00C14D20"/>
    <w:rsid w:val="00C1608E"/>
    <w:rsid w:val="00C17770"/>
    <w:rsid w:val="00C17A42"/>
    <w:rsid w:val="00C2095C"/>
    <w:rsid w:val="00C21232"/>
    <w:rsid w:val="00C21372"/>
    <w:rsid w:val="00C230D4"/>
    <w:rsid w:val="00C273D4"/>
    <w:rsid w:val="00C275EA"/>
    <w:rsid w:val="00C307A9"/>
    <w:rsid w:val="00C31F32"/>
    <w:rsid w:val="00C3349F"/>
    <w:rsid w:val="00C35F2C"/>
    <w:rsid w:val="00C430AD"/>
    <w:rsid w:val="00C47F26"/>
    <w:rsid w:val="00C507C6"/>
    <w:rsid w:val="00C50BA2"/>
    <w:rsid w:val="00C516E7"/>
    <w:rsid w:val="00C51E7D"/>
    <w:rsid w:val="00C528A6"/>
    <w:rsid w:val="00C52987"/>
    <w:rsid w:val="00C53CEB"/>
    <w:rsid w:val="00C562A9"/>
    <w:rsid w:val="00C5787D"/>
    <w:rsid w:val="00C57DD6"/>
    <w:rsid w:val="00C60709"/>
    <w:rsid w:val="00C6095E"/>
    <w:rsid w:val="00C63D77"/>
    <w:rsid w:val="00C65C25"/>
    <w:rsid w:val="00C65D41"/>
    <w:rsid w:val="00C67EDA"/>
    <w:rsid w:val="00C7109D"/>
    <w:rsid w:val="00C77354"/>
    <w:rsid w:val="00C7741B"/>
    <w:rsid w:val="00C8330F"/>
    <w:rsid w:val="00C8405A"/>
    <w:rsid w:val="00C845AE"/>
    <w:rsid w:val="00C86B1C"/>
    <w:rsid w:val="00C87F6C"/>
    <w:rsid w:val="00C87FAD"/>
    <w:rsid w:val="00C91A1A"/>
    <w:rsid w:val="00C9445C"/>
    <w:rsid w:val="00C95278"/>
    <w:rsid w:val="00C95EC7"/>
    <w:rsid w:val="00C96F6C"/>
    <w:rsid w:val="00C97142"/>
    <w:rsid w:val="00C972E3"/>
    <w:rsid w:val="00CA1EEB"/>
    <w:rsid w:val="00CA4738"/>
    <w:rsid w:val="00CA5246"/>
    <w:rsid w:val="00CA5433"/>
    <w:rsid w:val="00CA668B"/>
    <w:rsid w:val="00CB0664"/>
    <w:rsid w:val="00CB469D"/>
    <w:rsid w:val="00CB6042"/>
    <w:rsid w:val="00CB647F"/>
    <w:rsid w:val="00CC095C"/>
    <w:rsid w:val="00CC25F9"/>
    <w:rsid w:val="00CC364D"/>
    <w:rsid w:val="00CC3F94"/>
    <w:rsid w:val="00CC5C48"/>
    <w:rsid w:val="00CC6731"/>
    <w:rsid w:val="00CC6E05"/>
    <w:rsid w:val="00CD0A64"/>
    <w:rsid w:val="00CD0D4B"/>
    <w:rsid w:val="00CD1A32"/>
    <w:rsid w:val="00CD2600"/>
    <w:rsid w:val="00CD2AD5"/>
    <w:rsid w:val="00CD363C"/>
    <w:rsid w:val="00CD4FD4"/>
    <w:rsid w:val="00CD5F74"/>
    <w:rsid w:val="00CE2907"/>
    <w:rsid w:val="00CE29B2"/>
    <w:rsid w:val="00CE5056"/>
    <w:rsid w:val="00CE5C00"/>
    <w:rsid w:val="00CE5F87"/>
    <w:rsid w:val="00CE6FDD"/>
    <w:rsid w:val="00CE7C48"/>
    <w:rsid w:val="00CE7C7D"/>
    <w:rsid w:val="00CF0FB6"/>
    <w:rsid w:val="00CF13D2"/>
    <w:rsid w:val="00CF23A7"/>
    <w:rsid w:val="00CF2592"/>
    <w:rsid w:val="00CF45DE"/>
    <w:rsid w:val="00CF48F8"/>
    <w:rsid w:val="00CF494A"/>
    <w:rsid w:val="00CF4FA2"/>
    <w:rsid w:val="00CF6621"/>
    <w:rsid w:val="00D0033D"/>
    <w:rsid w:val="00D03065"/>
    <w:rsid w:val="00D04208"/>
    <w:rsid w:val="00D05C44"/>
    <w:rsid w:val="00D06090"/>
    <w:rsid w:val="00D060D4"/>
    <w:rsid w:val="00D06F0D"/>
    <w:rsid w:val="00D07BED"/>
    <w:rsid w:val="00D10E9B"/>
    <w:rsid w:val="00D1114D"/>
    <w:rsid w:val="00D11973"/>
    <w:rsid w:val="00D11D34"/>
    <w:rsid w:val="00D11F06"/>
    <w:rsid w:val="00D1353C"/>
    <w:rsid w:val="00D138F8"/>
    <w:rsid w:val="00D13ADD"/>
    <w:rsid w:val="00D14F83"/>
    <w:rsid w:val="00D230D7"/>
    <w:rsid w:val="00D236F8"/>
    <w:rsid w:val="00D23C7D"/>
    <w:rsid w:val="00D240AD"/>
    <w:rsid w:val="00D243BB"/>
    <w:rsid w:val="00D25081"/>
    <w:rsid w:val="00D25E45"/>
    <w:rsid w:val="00D26BF6"/>
    <w:rsid w:val="00D27219"/>
    <w:rsid w:val="00D276FC"/>
    <w:rsid w:val="00D301E8"/>
    <w:rsid w:val="00D305C9"/>
    <w:rsid w:val="00D312DC"/>
    <w:rsid w:val="00D342DE"/>
    <w:rsid w:val="00D3485A"/>
    <w:rsid w:val="00D36C93"/>
    <w:rsid w:val="00D406CB"/>
    <w:rsid w:val="00D417E5"/>
    <w:rsid w:val="00D41836"/>
    <w:rsid w:val="00D418D0"/>
    <w:rsid w:val="00D41DE8"/>
    <w:rsid w:val="00D42A87"/>
    <w:rsid w:val="00D42E6B"/>
    <w:rsid w:val="00D44064"/>
    <w:rsid w:val="00D44D6A"/>
    <w:rsid w:val="00D455BC"/>
    <w:rsid w:val="00D47516"/>
    <w:rsid w:val="00D477B0"/>
    <w:rsid w:val="00D47F0C"/>
    <w:rsid w:val="00D52DF7"/>
    <w:rsid w:val="00D55F10"/>
    <w:rsid w:val="00D61DC8"/>
    <w:rsid w:val="00D635FC"/>
    <w:rsid w:val="00D63D13"/>
    <w:rsid w:val="00D6409E"/>
    <w:rsid w:val="00D64579"/>
    <w:rsid w:val="00D64BF9"/>
    <w:rsid w:val="00D64FA7"/>
    <w:rsid w:val="00D7071E"/>
    <w:rsid w:val="00D738EF"/>
    <w:rsid w:val="00D762C4"/>
    <w:rsid w:val="00D77E78"/>
    <w:rsid w:val="00D77ECF"/>
    <w:rsid w:val="00D80A07"/>
    <w:rsid w:val="00D80DC5"/>
    <w:rsid w:val="00D81785"/>
    <w:rsid w:val="00D839D8"/>
    <w:rsid w:val="00D848F9"/>
    <w:rsid w:val="00D850D2"/>
    <w:rsid w:val="00D863A8"/>
    <w:rsid w:val="00D865DB"/>
    <w:rsid w:val="00D86AA3"/>
    <w:rsid w:val="00D86B5C"/>
    <w:rsid w:val="00D90071"/>
    <w:rsid w:val="00D912A1"/>
    <w:rsid w:val="00D91AA0"/>
    <w:rsid w:val="00D92B17"/>
    <w:rsid w:val="00D95D18"/>
    <w:rsid w:val="00DA026F"/>
    <w:rsid w:val="00DA034D"/>
    <w:rsid w:val="00DA047C"/>
    <w:rsid w:val="00DA2F47"/>
    <w:rsid w:val="00DA325E"/>
    <w:rsid w:val="00DA353C"/>
    <w:rsid w:val="00DA5331"/>
    <w:rsid w:val="00DA6CA2"/>
    <w:rsid w:val="00DB0E01"/>
    <w:rsid w:val="00DB2556"/>
    <w:rsid w:val="00DC0775"/>
    <w:rsid w:val="00DC0DF0"/>
    <w:rsid w:val="00DC192C"/>
    <w:rsid w:val="00DC25EC"/>
    <w:rsid w:val="00DC6114"/>
    <w:rsid w:val="00DC723D"/>
    <w:rsid w:val="00DD0295"/>
    <w:rsid w:val="00DD1987"/>
    <w:rsid w:val="00DD1F15"/>
    <w:rsid w:val="00DD2F6C"/>
    <w:rsid w:val="00DD38CC"/>
    <w:rsid w:val="00DD4BCB"/>
    <w:rsid w:val="00DD5650"/>
    <w:rsid w:val="00DD5ABD"/>
    <w:rsid w:val="00DD6535"/>
    <w:rsid w:val="00DE1552"/>
    <w:rsid w:val="00DE19D7"/>
    <w:rsid w:val="00DE1C4C"/>
    <w:rsid w:val="00DE2737"/>
    <w:rsid w:val="00DE622B"/>
    <w:rsid w:val="00DE7AF2"/>
    <w:rsid w:val="00DF0123"/>
    <w:rsid w:val="00DF2527"/>
    <w:rsid w:val="00DF2780"/>
    <w:rsid w:val="00DF311A"/>
    <w:rsid w:val="00DF314A"/>
    <w:rsid w:val="00DF465A"/>
    <w:rsid w:val="00DF477E"/>
    <w:rsid w:val="00DF5591"/>
    <w:rsid w:val="00DF6363"/>
    <w:rsid w:val="00DF716E"/>
    <w:rsid w:val="00E001F7"/>
    <w:rsid w:val="00E01130"/>
    <w:rsid w:val="00E019A6"/>
    <w:rsid w:val="00E028E0"/>
    <w:rsid w:val="00E0447D"/>
    <w:rsid w:val="00E04AEF"/>
    <w:rsid w:val="00E04ED1"/>
    <w:rsid w:val="00E05384"/>
    <w:rsid w:val="00E0663D"/>
    <w:rsid w:val="00E0738E"/>
    <w:rsid w:val="00E1223E"/>
    <w:rsid w:val="00E136C5"/>
    <w:rsid w:val="00E13A5B"/>
    <w:rsid w:val="00E13A9F"/>
    <w:rsid w:val="00E13FB5"/>
    <w:rsid w:val="00E16558"/>
    <w:rsid w:val="00E17AAC"/>
    <w:rsid w:val="00E20839"/>
    <w:rsid w:val="00E221B1"/>
    <w:rsid w:val="00E2342D"/>
    <w:rsid w:val="00E2517D"/>
    <w:rsid w:val="00E2748C"/>
    <w:rsid w:val="00E334CA"/>
    <w:rsid w:val="00E34018"/>
    <w:rsid w:val="00E34B1B"/>
    <w:rsid w:val="00E36AFA"/>
    <w:rsid w:val="00E402C7"/>
    <w:rsid w:val="00E405FE"/>
    <w:rsid w:val="00E4199B"/>
    <w:rsid w:val="00E41B7D"/>
    <w:rsid w:val="00E43BD2"/>
    <w:rsid w:val="00E443E8"/>
    <w:rsid w:val="00E541FE"/>
    <w:rsid w:val="00E54399"/>
    <w:rsid w:val="00E54C43"/>
    <w:rsid w:val="00E550ED"/>
    <w:rsid w:val="00E556B4"/>
    <w:rsid w:val="00E57B81"/>
    <w:rsid w:val="00E57EF9"/>
    <w:rsid w:val="00E60556"/>
    <w:rsid w:val="00E61C52"/>
    <w:rsid w:val="00E638B0"/>
    <w:rsid w:val="00E6449A"/>
    <w:rsid w:val="00E646E2"/>
    <w:rsid w:val="00E65999"/>
    <w:rsid w:val="00E70516"/>
    <w:rsid w:val="00E7092C"/>
    <w:rsid w:val="00E70ACB"/>
    <w:rsid w:val="00E71079"/>
    <w:rsid w:val="00E712BE"/>
    <w:rsid w:val="00E720D4"/>
    <w:rsid w:val="00E74430"/>
    <w:rsid w:val="00E74EC4"/>
    <w:rsid w:val="00E76A5B"/>
    <w:rsid w:val="00E831C8"/>
    <w:rsid w:val="00E83528"/>
    <w:rsid w:val="00E83874"/>
    <w:rsid w:val="00E85B8C"/>
    <w:rsid w:val="00E8632A"/>
    <w:rsid w:val="00E9055C"/>
    <w:rsid w:val="00E92B8E"/>
    <w:rsid w:val="00E942DF"/>
    <w:rsid w:val="00E950B1"/>
    <w:rsid w:val="00E96408"/>
    <w:rsid w:val="00E96514"/>
    <w:rsid w:val="00EA08D1"/>
    <w:rsid w:val="00EA0D5D"/>
    <w:rsid w:val="00EA1BEE"/>
    <w:rsid w:val="00EA33EF"/>
    <w:rsid w:val="00EA3AE6"/>
    <w:rsid w:val="00EA58E9"/>
    <w:rsid w:val="00EA5A00"/>
    <w:rsid w:val="00EB14BC"/>
    <w:rsid w:val="00EB2179"/>
    <w:rsid w:val="00EB26D7"/>
    <w:rsid w:val="00EB2A2C"/>
    <w:rsid w:val="00EB2A3A"/>
    <w:rsid w:val="00EB316A"/>
    <w:rsid w:val="00EC0AFE"/>
    <w:rsid w:val="00EC190C"/>
    <w:rsid w:val="00EC2CD6"/>
    <w:rsid w:val="00EC369D"/>
    <w:rsid w:val="00EC459A"/>
    <w:rsid w:val="00EC5418"/>
    <w:rsid w:val="00EC7502"/>
    <w:rsid w:val="00EC7B74"/>
    <w:rsid w:val="00EC7EB8"/>
    <w:rsid w:val="00ED08CA"/>
    <w:rsid w:val="00ED1448"/>
    <w:rsid w:val="00ED4AE8"/>
    <w:rsid w:val="00ED4F98"/>
    <w:rsid w:val="00ED5F0A"/>
    <w:rsid w:val="00ED6364"/>
    <w:rsid w:val="00ED7072"/>
    <w:rsid w:val="00ED75CC"/>
    <w:rsid w:val="00EE0DA4"/>
    <w:rsid w:val="00EE1BB4"/>
    <w:rsid w:val="00EE5CDB"/>
    <w:rsid w:val="00EE61C2"/>
    <w:rsid w:val="00EE778D"/>
    <w:rsid w:val="00EF1BEC"/>
    <w:rsid w:val="00EF37A6"/>
    <w:rsid w:val="00EF4D14"/>
    <w:rsid w:val="00EF5F4F"/>
    <w:rsid w:val="00EF67DA"/>
    <w:rsid w:val="00EF6853"/>
    <w:rsid w:val="00EF7C44"/>
    <w:rsid w:val="00EF7CE6"/>
    <w:rsid w:val="00F00DF4"/>
    <w:rsid w:val="00F01582"/>
    <w:rsid w:val="00F016DE"/>
    <w:rsid w:val="00F0500F"/>
    <w:rsid w:val="00F10355"/>
    <w:rsid w:val="00F1141F"/>
    <w:rsid w:val="00F15E83"/>
    <w:rsid w:val="00F16E63"/>
    <w:rsid w:val="00F20530"/>
    <w:rsid w:val="00F22910"/>
    <w:rsid w:val="00F22F94"/>
    <w:rsid w:val="00F2393F"/>
    <w:rsid w:val="00F242F6"/>
    <w:rsid w:val="00F251C5"/>
    <w:rsid w:val="00F25A16"/>
    <w:rsid w:val="00F25C76"/>
    <w:rsid w:val="00F2681A"/>
    <w:rsid w:val="00F268C5"/>
    <w:rsid w:val="00F3078A"/>
    <w:rsid w:val="00F30AE3"/>
    <w:rsid w:val="00F3144E"/>
    <w:rsid w:val="00F31D7B"/>
    <w:rsid w:val="00F329EC"/>
    <w:rsid w:val="00F32C88"/>
    <w:rsid w:val="00F33503"/>
    <w:rsid w:val="00F3644F"/>
    <w:rsid w:val="00F364F5"/>
    <w:rsid w:val="00F3695D"/>
    <w:rsid w:val="00F3748B"/>
    <w:rsid w:val="00F37E92"/>
    <w:rsid w:val="00F40D89"/>
    <w:rsid w:val="00F40F3E"/>
    <w:rsid w:val="00F4294D"/>
    <w:rsid w:val="00F430FD"/>
    <w:rsid w:val="00F44C2F"/>
    <w:rsid w:val="00F4575E"/>
    <w:rsid w:val="00F4721B"/>
    <w:rsid w:val="00F47CC1"/>
    <w:rsid w:val="00F509FF"/>
    <w:rsid w:val="00F50A12"/>
    <w:rsid w:val="00F51EF3"/>
    <w:rsid w:val="00F52815"/>
    <w:rsid w:val="00F543E9"/>
    <w:rsid w:val="00F54A8C"/>
    <w:rsid w:val="00F54F62"/>
    <w:rsid w:val="00F56C46"/>
    <w:rsid w:val="00F5732E"/>
    <w:rsid w:val="00F60267"/>
    <w:rsid w:val="00F60CE9"/>
    <w:rsid w:val="00F61398"/>
    <w:rsid w:val="00F623AD"/>
    <w:rsid w:val="00F74943"/>
    <w:rsid w:val="00F75A71"/>
    <w:rsid w:val="00F809A5"/>
    <w:rsid w:val="00F811DB"/>
    <w:rsid w:val="00F87516"/>
    <w:rsid w:val="00F87C4C"/>
    <w:rsid w:val="00F90AF0"/>
    <w:rsid w:val="00F9174D"/>
    <w:rsid w:val="00F957C6"/>
    <w:rsid w:val="00F96DCF"/>
    <w:rsid w:val="00F9725A"/>
    <w:rsid w:val="00F97BD1"/>
    <w:rsid w:val="00F97E95"/>
    <w:rsid w:val="00FA24B8"/>
    <w:rsid w:val="00FA252D"/>
    <w:rsid w:val="00FA3100"/>
    <w:rsid w:val="00FA4925"/>
    <w:rsid w:val="00FA4E81"/>
    <w:rsid w:val="00FA5D5D"/>
    <w:rsid w:val="00FA5FBF"/>
    <w:rsid w:val="00FA605E"/>
    <w:rsid w:val="00FA6FB8"/>
    <w:rsid w:val="00FB0132"/>
    <w:rsid w:val="00FB0214"/>
    <w:rsid w:val="00FB027D"/>
    <w:rsid w:val="00FB291F"/>
    <w:rsid w:val="00FB4725"/>
    <w:rsid w:val="00FB7084"/>
    <w:rsid w:val="00FB7207"/>
    <w:rsid w:val="00FB7832"/>
    <w:rsid w:val="00FC2D70"/>
    <w:rsid w:val="00FC2F92"/>
    <w:rsid w:val="00FC3366"/>
    <w:rsid w:val="00FC647E"/>
    <w:rsid w:val="00FC693F"/>
    <w:rsid w:val="00FC6FBE"/>
    <w:rsid w:val="00FC7205"/>
    <w:rsid w:val="00FC7D36"/>
    <w:rsid w:val="00FD05B5"/>
    <w:rsid w:val="00FD09F6"/>
    <w:rsid w:val="00FD23D6"/>
    <w:rsid w:val="00FD2C67"/>
    <w:rsid w:val="00FD5013"/>
    <w:rsid w:val="00FD544F"/>
    <w:rsid w:val="00FD59D1"/>
    <w:rsid w:val="00FD6DC7"/>
    <w:rsid w:val="00FD7BBD"/>
    <w:rsid w:val="00FD7C70"/>
    <w:rsid w:val="00FD7CEE"/>
    <w:rsid w:val="00FE06B5"/>
    <w:rsid w:val="00FE3751"/>
    <w:rsid w:val="00FE5541"/>
    <w:rsid w:val="00FE620C"/>
    <w:rsid w:val="00FE6657"/>
    <w:rsid w:val="00FE7879"/>
    <w:rsid w:val="00FE7A1C"/>
    <w:rsid w:val="00FF0251"/>
    <w:rsid w:val="00FF0C17"/>
    <w:rsid w:val="00FF0F5D"/>
    <w:rsid w:val="00FF32E7"/>
    <w:rsid w:val="00FF36F0"/>
    <w:rsid w:val="00FF3E14"/>
    <w:rsid w:val="00FF43EF"/>
    <w:rsid w:val="00FF51A0"/>
    <w:rsid w:val="00FF537F"/>
    <w:rsid w:val="056DF1F8"/>
    <w:rsid w:val="0951BA6C"/>
    <w:rsid w:val="14888236"/>
    <w:rsid w:val="222CBFB0"/>
    <w:rsid w:val="22C21876"/>
    <w:rsid w:val="22E4F295"/>
    <w:rsid w:val="25548081"/>
    <w:rsid w:val="40BC40BD"/>
    <w:rsid w:val="4119F1E0"/>
    <w:rsid w:val="458ECD3F"/>
    <w:rsid w:val="51A06C22"/>
    <w:rsid w:val="55E052F6"/>
    <w:rsid w:val="55F94C96"/>
    <w:rsid w:val="5A7D8130"/>
    <w:rsid w:val="5AB11DB4"/>
    <w:rsid w:val="5B67785C"/>
    <w:rsid w:val="5E837845"/>
    <w:rsid w:val="5F4062CA"/>
    <w:rsid w:val="5FE4653B"/>
    <w:rsid w:val="60DDFE83"/>
    <w:rsid w:val="6E3E15C8"/>
    <w:rsid w:val="70372FBF"/>
    <w:rsid w:val="76F782AF"/>
    <w:rsid w:val="7DB6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587EA8"/>
  <w14:defaultImageDpi w14:val="300"/>
  <w15:docId w15:val="{B24157EE-31CF-493F-B9FC-9E2E85A2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45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51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5106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106"/>
    <w:rPr>
      <w:rFonts w:ascii="Times New Roman" w:eastAsia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51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10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41478"/>
    <w:pPr>
      <w:spacing w:after="0" w:line="240" w:lineRule="auto"/>
    </w:pPr>
    <w:rPr>
      <w:rFonts w:ascii="Times New Roman" w:eastAsia="Times New Roman" w:hAnsi="Times New Roman"/>
    </w:rPr>
  </w:style>
  <w:style w:type="paragraph" w:customStyle="1" w:styleId="pdq2pgselectionanchorcontainer">
    <w:name w:val="pdq2pg_selectionanchorcontainer"/>
    <w:basedOn w:val="Normal"/>
    <w:rsid w:val="00E556B4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556B4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D455BC"/>
    <w:rPr>
      <w:color w:val="2B579A"/>
      <w:shd w:val="clear" w:color="auto" w:fill="E1DFDD"/>
    </w:rPr>
  </w:style>
  <w:style w:type="numbering" w:customStyle="1" w:styleId="CurrentList1">
    <w:name w:val="Current List1"/>
    <w:uiPriority w:val="99"/>
    <w:rsid w:val="001D002F"/>
    <w:pPr>
      <w:numPr>
        <w:numId w:val="27"/>
      </w:numPr>
    </w:pPr>
  </w:style>
  <w:style w:type="character" w:customStyle="1" w:styleId="normaltextrun">
    <w:name w:val="normaltextrun"/>
    <w:basedOn w:val="DefaultParagraphFont"/>
    <w:rsid w:val="005A7874"/>
  </w:style>
  <w:style w:type="paragraph" w:customStyle="1" w:styleId="p1">
    <w:name w:val="p1"/>
    <w:basedOn w:val="Normal"/>
    <w:rsid w:val="00213830"/>
    <w:pPr>
      <w:spacing w:after="0" w:line="240" w:lineRule="auto"/>
    </w:pPr>
    <w:rPr>
      <w:rFonts w:ascii="Arial" w:hAnsi="Arial" w:cs="Arial"/>
      <w:color w:val="052E2D"/>
      <w:sz w:val="18"/>
      <w:szCs w:val="18"/>
    </w:rPr>
  </w:style>
  <w:style w:type="character" w:customStyle="1" w:styleId="s1">
    <w:name w:val="s1"/>
    <w:basedOn w:val="DefaultParagraphFont"/>
    <w:rsid w:val="008142F9"/>
    <w:rPr>
      <w:rFonts w:ascii="Arial" w:hAnsi="Arial" w:cs="Arial" w:hint="default"/>
      <w:sz w:val="12"/>
      <w:szCs w:val="12"/>
    </w:rPr>
  </w:style>
  <w:style w:type="character" w:customStyle="1" w:styleId="dlx-ws-normal">
    <w:name w:val="dlx-ws-normal"/>
    <w:basedOn w:val="DefaultParagraphFont"/>
    <w:rsid w:val="00C14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mt.lrv.lt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T@lmt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F731A5-59FA-2943-8559-A5A2614D2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7</Pages>
  <Words>9275</Words>
  <Characters>5288</Characters>
  <Application>Microsoft Office Word</Application>
  <DocSecurity>0</DocSecurity>
  <Lines>44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Vaiva Priudokienė | Lietuvos mokslo taryba</cp:lastModifiedBy>
  <cp:revision>100</cp:revision>
  <cp:lastPrinted>2026-08-04T14:52:00Z</cp:lastPrinted>
  <dcterms:created xsi:type="dcterms:W3CDTF">2026-07-24T11:21:00Z</dcterms:created>
  <dcterms:modified xsi:type="dcterms:W3CDTF">2026-08-04T15:05:00Z</dcterms:modified>
  <cp:category/>
</cp:coreProperties>
</file>